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EE8" w:rsidRPr="00DF7682" w:rsidRDefault="00A66DA5" w:rsidP="00A66DA5">
      <w:pPr>
        <w:spacing w:after="0"/>
        <w:jc w:val="center"/>
        <w:rPr>
          <w:lang w:val="ru-RU"/>
        </w:rPr>
      </w:pPr>
      <w:r w:rsidRPr="00A66DA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219190" cy="879922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879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682">
        <w:rPr>
          <w:lang w:val="ru-RU"/>
        </w:rPr>
        <w:t xml:space="preserve"> </w:t>
      </w:r>
    </w:p>
    <w:p w:rsidR="00A66DA5" w:rsidRDefault="00A66DA5" w:rsidP="00F32B74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sz w:val="24"/>
          <w:lang w:val="ru-RU"/>
        </w:rPr>
      </w:pPr>
    </w:p>
    <w:p w:rsidR="00A66DA5" w:rsidRDefault="00A66DA5" w:rsidP="00F32B74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sz w:val="24"/>
          <w:lang w:val="ru-RU"/>
        </w:rPr>
      </w:pPr>
    </w:p>
    <w:p w:rsidR="00A66DA5" w:rsidRDefault="00A66DA5" w:rsidP="00F32B74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sz w:val="24"/>
          <w:lang w:val="ru-RU"/>
        </w:rPr>
      </w:pPr>
    </w:p>
    <w:p w:rsidR="00A66DA5" w:rsidRDefault="00A66DA5" w:rsidP="00F32B74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sz w:val="24"/>
          <w:lang w:val="ru-RU"/>
        </w:rPr>
      </w:pPr>
    </w:p>
    <w:p w:rsidR="00440EE8" w:rsidRPr="000731FF" w:rsidRDefault="00CE7BBE" w:rsidP="00F32B74">
      <w:pPr>
        <w:autoSpaceDE w:val="0"/>
        <w:autoSpaceDN w:val="0"/>
        <w:spacing w:after="0" w:line="230" w:lineRule="auto"/>
        <w:jc w:val="center"/>
        <w:rPr>
          <w:lang w:val="ru-RU"/>
        </w:rPr>
      </w:pPr>
      <w:bookmarkStart w:id="0" w:name="_GoBack"/>
      <w:bookmarkEnd w:id="0"/>
      <w:r w:rsidRPr="000731FF">
        <w:rPr>
          <w:rFonts w:ascii="Times New Roman" w:eastAsia="Times New Roman" w:hAnsi="Times New Roman"/>
          <w:b/>
          <w:sz w:val="24"/>
          <w:lang w:val="ru-RU"/>
        </w:rPr>
        <w:lastRenderedPageBreak/>
        <w:t>ПОЯСНИТЕЛЬНАЯ ЗАПИСКА</w:t>
      </w:r>
    </w:p>
    <w:p w:rsidR="00440EE8" w:rsidRPr="000731FF" w:rsidRDefault="00CE7BBE">
      <w:pPr>
        <w:autoSpaceDE w:val="0"/>
        <w:autoSpaceDN w:val="0"/>
        <w:spacing w:before="346" w:after="0" w:line="230" w:lineRule="auto"/>
        <w:rPr>
          <w:lang w:val="ru-RU"/>
        </w:rPr>
      </w:pPr>
      <w:r w:rsidRPr="000731FF">
        <w:rPr>
          <w:rFonts w:ascii="Times New Roman" w:eastAsia="Times New Roman" w:hAnsi="Times New Roman"/>
          <w:b/>
          <w:sz w:val="24"/>
          <w:lang w:val="ru-RU"/>
        </w:rPr>
        <w:t>ОБЩАЯ ХАРАКТЕРИСТИКА УЧЕБНОГО ПРЕДМЕТА «ИСТОРИЯ»</w:t>
      </w:r>
    </w:p>
    <w:p w:rsidR="00440EE8" w:rsidRPr="000731FF" w:rsidRDefault="00CE7BBE" w:rsidP="00DF7682">
      <w:pPr>
        <w:autoSpaceDE w:val="0"/>
        <w:autoSpaceDN w:val="0"/>
        <w:spacing w:before="166" w:after="0" w:line="283" w:lineRule="auto"/>
        <w:ind w:right="144" w:firstLine="180"/>
        <w:jc w:val="both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>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440EE8" w:rsidRPr="000731FF" w:rsidRDefault="00CE7BBE" w:rsidP="00DF7682">
      <w:pPr>
        <w:autoSpaceDE w:val="0"/>
        <w:autoSpaceDN w:val="0"/>
        <w:spacing w:before="384" w:after="0" w:line="230" w:lineRule="auto"/>
        <w:jc w:val="both"/>
        <w:rPr>
          <w:lang w:val="ru-RU"/>
        </w:rPr>
      </w:pPr>
      <w:r w:rsidRPr="000731FF">
        <w:rPr>
          <w:rFonts w:ascii="Times New Roman" w:eastAsia="Times New Roman" w:hAnsi="Times New Roman"/>
          <w:b/>
          <w:sz w:val="24"/>
          <w:lang w:val="ru-RU"/>
        </w:rPr>
        <w:t>ЦЕЛИ ИЗУЧЕНИЯ УЧЕБНОГО ПРЕДМЕТА «ИСТОРИЯ»</w:t>
      </w:r>
    </w:p>
    <w:p w:rsidR="00440EE8" w:rsidRPr="000731FF" w:rsidRDefault="00CE7BBE" w:rsidP="00DF7682">
      <w:pPr>
        <w:autoSpaceDE w:val="0"/>
        <w:autoSpaceDN w:val="0"/>
        <w:spacing w:before="166" w:after="0" w:line="286" w:lineRule="auto"/>
        <w:ind w:firstLine="180"/>
        <w:jc w:val="both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440EE8" w:rsidRPr="000731FF" w:rsidRDefault="00CE7BBE" w:rsidP="00DF7682">
      <w:pPr>
        <w:autoSpaceDE w:val="0"/>
        <w:autoSpaceDN w:val="0"/>
        <w:spacing w:before="70" w:after="0" w:line="262" w:lineRule="auto"/>
        <w:ind w:right="576"/>
        <w:jc w:val="both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440EE8" w:rsidRPr="000731FF" w:rsidRDefault="00CE7BBE" w:rsidP="00DF7682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В основной школе ключевыми задачами являются:</w:t>
      </w:r>
    </w:p>
    <w:p w:rsidR="00440EE8" w:rsidRPr="000731FF" w:rsidRDefault="00CE7BBE" w:rsidP="00DF7682">
      <w:pPr>
        <w:autoSpaceDE w:val="0"/>
        <w:autoSpaceDN w:val="0"/>
        <w:spacing w:before="178" w:after="0" w:line="271" w:lineRule="auto"/>
        <w:ind w:left="420" w:right="432"/>
        <w:jc w:val="both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—  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440EE8" w:rsidRPr="000731FF" w:rsidRDefault="00CE7BBE" w:rsidP="00DF7682">
      <w:pPr>
        <w:autoSpaceDE w:val="0"/>
        <w:autoSpaceDN w:val="0"/>
        <w:spacing w:before="190" w:after="0"/>
        <w:ind w:left="420" w:right="432"/>
        <w:jc w:val="both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—  воспитание учащихся в духе патриотизма, уважения к своему Отечеству —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>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440EE8" w:rsidRPr="000731FF" w:rsidRDefault="00CE7BBE" w:rsidP="00DF7682">
      <w:pPr>
        <w:autoSpaceDE w:val="0"/>
        <w:autoSpaceDN w:val="0"/>
        <w:spacing w:before="192" w:after="0" w:line="271" w:lineRule="auto"/>
        <w:ind w:left="420" w:right="288"/>
        <w:jc w:val="both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 xml:space="preserve">—  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>в соответствии с принципом историзма, в их динамике, взаимосвязи и взаимообусловленности;</w:t>
      </w:r>
    </w:p>
    <w:p w:rsidR="00440EE8" w:rsidRPr="000731FF" w:rsidRDefault="00CE7BBE" w:rsidP="00DF7682">
      <w:pPr>
        <w:autoSpaceDE w:val="0"/>
        <w:autoSpaceDN w:val="0"/>
        <w:spacing w:before="190" w:after="0" w:line="281" w:lineRule="auto"/>
        <w:ind w:left="420"/>
        <w:jc w:val="both"/>
        <w:rPr>
          <w:lang w:val="ru-RU"/>
        </w:rPr>
      </w:pPr>
      <w:proofErr w:type="gramStart"/>
      <w:r w:rsidRPr="000731FF">
        <w:rPr>
          <w:rFonts w:ascii="Times New Roman" w:eastAsia="Times New Roman" w:hAnsi="Times New Roman"/>
          <w:sz w:val="24"/>
          <w:lang w:val="ru-RU"/>
        </w:rPr>
        <w:t>—  формирование</w:t>
      </w:r>
      <w:proofErr w:type="gramEnd"/>
      <w:r w:rsidRPr="000731FF">
        <w:rPr>
          <w:rFonts w:ascii="Times New Roman" w:eastAsia="Times New Roman" w:hAnsi="Times New Roman"/>
          <w:sz w:val="24"/>
          <w:lang w:val="ru-RU"/>
        </w:rPr>
        <w:t xml:space="preserve"> у школьников умений применять исторические знания в учебной и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внешкольной деятельности, в современном поликультурном, полиэтничном и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lastRenderedPageBreak/>
        <w:t>общеобразовательные программы // Преподавание истории и обществознания в школе. —2020. — № 8. — С. 7—8).</w:t>
      </w:r>
    </w:p>
    <w:p w:rsidR="00DF7682" w:rsidRPr="000731FF" w:rsidRDefault="00DF7682" w:rsidP="00DF7682">
      <w:pPr>
        <w:autoSpaceDE w:val="0"/>
        <w:autoSpaceDN w:val="0"/>
        <w:spacing w:after="0" w:line="230" w:lineRule="auto"/>
        <w:jc w:val="both"/>
        <w:rPr>
          <w:rFonts w:ascii="Times New Roman" w:eastAsia="Times New Roman" w:hAnsi="Times New Roman"/>
          <w:b/>
          <w:sz w:val="24"/>
          <w:lang w:val="ru-RU"/>
        </w:rPr>
      </w:pPr>
    </w:p>
    <w:p w:rsidR="00440EE8" w:rsidRPr="000731FF" w:rsidRDefault="00CE7BBE" w:rsidP="00DF7682">
      <w:pPr>
        <w:autoSpaceDE w:val="0"/>
        <w:autoSpaceDN w:val="0"/>
        <w:spacing w:after="0" w:line="230" w:lineRule="auto"/>
        <w:jc w:val="both"/>
        <w:rPr>
          <w:lang w:val="ru-RU"/>
        </w:rPr>
      </w:pPr>
      <w:r w:rsidRPr="000731FF">
        <w:rPr>
          <w:rFonts w:ascii="Times New Roman" w:eastAsia="Times New Roman" w:hAnsi="Times New Roman"/>
          <w:b/>
          <w:sz w:val="24"/>
          <w:lang w:val="ru-RU"/>
        </w:rPr>
        <w:t>МЕСТО УЧЕБНОГО ПРЕДМЕТА «ИСТОРИЯ» В УЧЕБНОМ ПЛАНЕ</w:t>
      </w:r>
    </w:p>
    <w:p w:rsidR="00F32B74" w:rsidRPr="000731FF" w:rsidRDefault="00F32B74" w:rsidP="00F32B74">
      <w:pPr>
        <w:autoSpaceDE w:val="0"/>
        <w:autoSpaceDN w:val="0"/>
        <w:spacing w:line="230" w:lineRule="auto"/>
        <w:jc w:val="both"/>
        <w:rPr>
          <w:rFonts w:ascii="Times New Roman" w:eastAsia="Times New Roman" w:hAnsi="Times New Roman"/>
          <w:sz w:val="24"/>
          <w:lang w:val="ru-RU"/>
        </w:rPr>
      </w:pPr>
    </w:p>
    <w:p w:rsidR="00DF7682" w:rsidRPr="000731FF" w:rsidRDefault="00CE7BBE" w:rsidP="00F32B74">
      <w:pPr>
        <w:autoSpaceDE w:val="0"/>
        <w:autoSpaceDN w:val="0"/>
        <w:spacing w:line="230" w:lineRule="auto"/>
        <w:jc w:val="both"/>
        <w:rPr>
          <w:lang w:val="ru-RU"/>
        </w:rPr>
        <w:sectPr w:rsidR="00DF7682" w:rsidRPr="000731FF">
          <w:pgSz w:w="11900" w:h="16840"/>
          <w:pgMar w:top="286" w:right="1440" w:bottom="1440" w:left="666" w:header="720" w:footer="720" w:gutter="0"/>
          <w:cols w:space="720" w:equalWidth="0">
            <w:col w:w="9794" w:space="0"/>
          </w:cols>
          <w:docGrid w:linePitch="360"/>
        </w:sectPr>
      </w:pPr>
      <w:r w:rsidRPr="000731FF">
        <w:rPr>
          <w:rFonts w:ascii="Times New Roman" w:eastAsia="Times New Roman" w:hAnsi="Times New Roman"/>
          <w:sz w:val="24"/>
          <w:lang w:val="ru-RU"/>
        </w:rPr>
        <w:t>В соответствии с учебным планом общее количество времени на учебный года обучения составляет</w:t>
      </w:r>
      <w:r w:rsidR="00DF7682" w:rsidRPr="000731FF">
        <w:rPr>
          <w:rFonts w:ascii="Times New Roman" w:eastAsia="Times New Roman" w:hAnsi="Times New Roman"/>
          <w:sz w:val="24"/>
          <w:lang w:val="ru-RU"/>
        </w:rPr>
        <w:t xml:space="preserve"> 68 часов. Недельная нагрузка составляет 2 часа при 34 учебных неделях</w:t>
      </w:r>
    </w:p>
    <w:p w:rsidR="00F32B74" w:rsidRPr="000731FF" w:rsidRDefault="00F32B74" w:rsidP="00F32B74">
      <w:pPr>
        <w:jc w:val="both"/>
        <w:rPr>
          <w:lang w:val="ru-RU"/>
        </w:rPr>
      </w:pPr>
    </w:p>
    <w:p w:rsidR="00440EE8" w:rsidRPr="000731FF" w:rsidRDefault="00CE7BBE" w:rsidP="00F32B74">
      <w:pPr>
        <w:autoSpaceDE w:val="0"/>
        <w:autoSpaceDN w:val="0"/>
        <w:spacing w:line="230" w:lineRule="auto"/>
        <w:jc w:val="center"/>
        <w:rPr>
          <w:lang w:val="ru-RU"/>
        </w:rPr>
      </w:pPr>
      <w:r w:rsidRPr="000731FF">
        <w:rPr>
          <w:rFonts w:ascii="Times New Roman" w:eastAsia="Times New Roman" w:hAnsi="Times New Roman"/>
          <w:b/>
          <w:sz w:val="24"/>
          <w:lang w:val="ru-RU"/>
        </w:rPr>
        <w:t>СОДЕРЖАНИЕ УЧЕБНОГО ПРЕДМЕТА</w:t>
      </w:r>
    </w:p>
    <w:p w:rsidR="00440EE8" w:rsidRPr="000731FF" w:rsidRDefault="00CE7BBE" w:rsidP="00F32B74">
      <w:pPr>
        <w:autoSpaceDE w:val="0"/>
        <w:autoSpaceDN w:val="0"/>
        <w:spacing w:before="346" w:line="230" w:lineRule="auto"/>
        <w:ind w:left="180"/>
        <w:rPr>
          <w:lang w:val="ru-RU"/>
        </w:rPr>
      </w:pP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ИСТОРИЯ ДРЕВНЕГО МИРА 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190" w:after="0"/>
        <w:ind w:right="432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Введение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190" w:after="0"/>
        <w:ind w:right="576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ПЕРВОБЫТНОСТЬ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440EE8" w:rsidRPr="000731FF" w:rsidRDefault="00CE7BBE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Древнейшие земледельцы и скотоводы: трудовая деятельность, изобретения. Появление ремесел.</w:t>
      </w:r>
    </w:p>
    <w:p w:rsidR="00440EE8" w:rsidRPr="000731FF" w:rsidRDefault="00CE7BBE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440EE8" w:rsidRPr="000731FF" w:rsidRDefault="00CE7BB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Разложение первобытнообщинных отношений. На пороге цивилизации.</w:t>
      </w:r>
    </w:p>
    <w:p w:rsidR="00440EE8" w:rsidRPr="000731FF" w:rsidRDefault="00CE7BBE">
      <w:pPr>
        <w:autoSpaceDE w:val="0"/>
        <w:autoSpaceDN w:val="0"/>
        <w:spacing w:before="190" w:after="0" w:line="262" w:lineRule="auto"/>
        <w:ind w:left="180" w:right="1872"/>
        <w:rPr>
          <w:lang w:val="ru-RU"/>
        </w:rPr>
      </w:pP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ДРЕВНИЙ МИР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>Понятие и хронологические рамки истории Древнего мира. Карта Древнего мира.</w:t>
      </w:r>
    </w:p>
    <w:p w:rsidR="00440EE8" w:rsidRPr="000731FF" w:rsidRDefault="00CE7BBE">
      <w:pPr>
        <w:autoSpaceDE w:val="0"/>
        <w:autoSpaceDN w:val="0"/>
        <w:spacing w:before="190" w:after="0" w:line="262" w:lineRule="auto"/>
        <w:ind w:left="180" w:right="4176"/>
        <w:rPr>
          <w:lang w:val="ru-RU"/>
        </w:rPr>
      </w:pP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Древний Восток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>Понятие «Древний Восток». Карта Древневосточного мира.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Древний Египет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 w:rsidRPr="000731FF">
        <w:rPr>
          <w:rFonts w:ascii="Times New Roman" w:eastAsia="Times New Roman" w:hAnsi="Times New Roman"/>
          <w:sz w:val="24"/>
        </w:rPr>
        <w:t>III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. Могущество Египта при Рамсесе </w:t>
      </w:r>
      <w:r w:rsidRPr="000731FF">
        <w:rPr>
          <w:rFonts w:ascii="Times New Roman" w:eastAsia="Times New Roman" w:hAnsi="Times New Roman"/>
          <w:sz w:val="24"/>
        </w:rPr>
        <w:t>II</w:t>
      </w:r>
      <w:r w:rsidRPr="000731FF">
        <w:rPr>
          <w:rFonts w:ascii="Times New Roman" w:eastAsia="Times New Roman" w:hAnsi="Times New Roman"/>
          <w:sz w:val="24"/>
          <w:lang w:val="ru-RU"/>
        </w:rPr>
        <w:t>.</w:t>
      </w:r>
    </w:p>
    <w:p w:rsidR="00440EE8" w:rsidRPr="000731FF" w:rsidRDefault="00CE7BB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Религиозные верования египтян. Боги Древнего Египта. Храмы и жрецы. Пирамиды и гробницы.</w:t>
      </w:r>
    </w:p>
    <w:p w:rsidR="00440EE8" w:rsidRPr="000731FF" w:rsidRDefault="00CE7BBE">
      <w:pPr>
        <w:autoSpaceDE w:val="0"/>
        <w:autoSpaceDN w:val="0"/>
        <w:spacing w:before="70" w:after="0" w:line="230" w:lineRule="auto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Фараон-реформатор Эхнатон. Познания древних египтян (астрономия, математика, медицина).</w:t>
      </w:r>
    </w:p>
    <w:p w:rsidR="00440EE8" w:rsidRPr="000731FF" w:rsidRDefault="00CE7BBE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Письменность (иероглифы, папирус). Открытие Ж. Ф. Шампольона. Искусство Древнего Египта (архитектура, рельефы, фрески).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192" w:after="0" w:line="271" w:lineRule="auto"/>
        <w:ind w:right="1008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Древние цивилизации Месопотамии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440EE8" w:rsidRPr="000731FF" w:rsidRDefault="00CE7BB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Древний Вавилон. Царь Хаммурапи и его законы.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440EE8" w:rsidRPr="000731FF" w:rsidRDefault="00CE7BB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Усиление Нововавилонского царства. Легендарные памятники города Вавилона.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Восточное Средиземноморье в древности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440EE8" w:rsidRPr="000731FF" w:rsidRDefault="00CE7BBE">
      <w:pPr>
        <w:autoSpaceDE w:val="0"/>
        <w:autoSpaceDN w:val="0"/>
        <w:spacing w:before="190" w:after="0" w:line="262" w:lineRule="auto"/>
        <w:ind w:left="180" w:right="144"/>
        <w:rPr>
          <w:lang w:val="ru-RU"/>
        </w:rPr>
      </w:pP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Персидская держава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Завоевания персов. Государство Ахеменидов. Великие цари: Кир </w:t>
      </w:r>
      <w:r w:rsidRPr="000731FF">
        <w:rPr>
          <w:rFonts w:ascii="Times New Roman" w:eastAsia="Times New Roman" w:hAnsi="Times New Roman"/>
          <w:sz w:val="24"/>
        </w:rPr>
        <w:t>II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 Великий, Дарий </w:t>
      </w:r>
      <w:r w:rsidRPr="000731FF">
        <w:rPr>
          <w:rFonts w:ascii="Times New Roman" w:eastAsia="Times New Roman" w:hAnsi="Times New Roman"/>
          <w:sz w:val="24"/>
        </w:rPr>
        <w:t>I</w:t>
      </w:r>
      <w:r w:rsidRPr="000731FF">
        <w:rPr>
          <w:rFonts w:ascii="Times New Roman" w:eastAsia="Times New Roman" w:hAnsi="Times New Roman"/>
          <w:sz w:val="24"/>
          <w:lang w:val="ru-RU"/>
        </w:rPr>
        <w:t>. Расширение</w:t>
      </w:r>
    </w:p>
    <w:p w:rsidR="00440EE8" w:rsidRPr="000731FF" w:rsidRDefault="00440EE8">
      <w:pPr>
        <w:rPr>
          <w:lang w:val="ru-RU"/>
        </w:rPr>
        <w:sectPr w:rsidR="00440EE8" w:rsidRPr="000731FF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40EE8" w:rsidRPr="000731FF" w:rsidRDefault="00440EE8">
      <w:pPr>
        <w:autoSpaceDE w:val="0"/>
        <w:autoSpaceDN w:val="0"/>
        <w:spacing w:after="72" w:line="220" w:lineRule="exact"/>
        <w:rPr>
          <w:lang w:val="ru-RU"/>
        </w:rPr>
      </w:pPr>
    </w:p>
    <w:p w:rsidR="00440EE8" w:rsidRPr="000731FF" w:rsidRDefault="00CE7BBE">
      <w:pPr>
        <w:autoSpaceDE w:val="0"/>
        <w:autoSpaceDN w:val="0"/>
        <w:spacing w:after="0" w:line="262" w:lineRule="auto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территории державы. Государственное устройство. Центр и сатрапии, управление империей. Религия персов.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Древняя Индия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0731FF">
        <w:rPr>
          <w:rFonts w:ascii="Times New Roman" w:eastAsia="Times New Roman" w:hAnsi="Times New Roman"/>
          <w:sz w:val="24"/>
          <w:lang w:val="ru-RU"/>
        </w:rPr>
        <w:t>ариев</w:t>
      </w:r>
      <w:proofErr w:type="spellEnd"/>
      <w:r w:rsidRPr="000731FF">
        <w:rPr>
          <w:rFonts w:ascii="Times New Roman" w:eastAsia="Times New Roman" w:hAnsi="Times New Roman"/>
          <w:sz w:val="24"/>
          <w:lang w:val="ru-RU"/>
        </w:rPr>
        <w:t xml:space="preserve"> в Северную Индию. Держава </w:t>
      </w:r>
      <w:proofErr w:type="spellStart"/>
      <w:r w:rsidRPr="000731FF">
        <w:rPr>
          <w:rFonts w:ascii="Times New Roman" w:eastAsia="Times New Roman" w:hAnsi="Times New Roman"/>
          <w:sz w:val="24"/>
          <w:lang w:val="ru-RU"/>
        </w:rPr>
        <w:t>Маурьев</w:t>
      </w:r>
      <w:proofErr w:type="spellEnd"/>
      <w:r w:rsidRPr="000731FF">
        <w:rPr>
          <w:rFonts w:ascii="Times New Roman" w:eastAsia="Times New Roman" w:hAnsi="Times New Roman"/>
          <w:sz w:val="24"/>
          <w:lang w:val="ru-RU"/>
        </w:rPr>
        <w:t xml:space="preserve">. Государство </w:t>
      </w:r>
      <w:proofErr w:type="spellStart"/>
      <w:r w:rsidRPr="000731FF">
        <w:rPr>
          <w:rFonts w:ascii="Times New Roman" w:eastAsia="Times New Roman" w:hAnsi="Times New Roman"/>
          <w:sz w:val="24"/>
          <w:lang w:val="ru-RU"/>
        </w:rPr>
        <w:t>Гуптов</w:t>
      </w:r>
      <w:proofErr w:type="spellEnd"/>
      <w:r w:rsidRPr="000731FF">
        <w:rPr>
          <w:rFonts w:ascii="Times New Roman" w:eastAsia="Times New Roman" w:hAnsi="Times New Roman"/>
          <w:sz w:val="24"/>
          <w:lang w:val="ru-RU"/>
        </w:rPr>
        <w:t xml:space="preserve">. Общественное устройство, </w:t>
      </w:r>
      <w:proofErr w:type="spellStart"/>
      <w:r w:rsidRPr="000731FF">
        <w:rPr>
          <w:rFonts w:ascii="Times New Roman" w:eastAsia="Times New Roman" w:hAnsi="Times New Roman"/>
          <w:sz w:val="24"/>
          <w:lang w:val="ru-RU"/>
        </w:rPr>
        <w:t>варны</w:t>
      </w:r>
      <w:proofErr w:type="spellEnd"/>
      <w:r w:rsidRPr="000731FF">
        <w:rPr>
          <w:rFonts w:ascii="Times New Roman" w:eastAsia="Times New Roman" w:hAnsi="Times New Roman"/>
          <w:sz w:val="24"/>
          <w:lang w:val="ru-RU"/>
        </w:rPr>
        <w:t>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440EE8" w:rsidRPr="000731FF" w:rsidRDefault="00CE7BBE">
      <w:pPr>
        <w:autoSpaceDE w:val="0"/>
        <w:autoSpaceDN w:val="0"/>
        <w:spacing w:before="190" w:after="0" w:line="262" w:lineRule="auto"/>
        <w:ind w:left="180" w:right="576"/>
        <w:rPr>
          <w:lang w:val="ru-RU"/>
        </w:rPr>
      </w:pP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Древний Китай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>Природные условия Древнего Китая. Хозяйственная деятельность и условия жизни населения.</w:t>
      </w:r>
    </w:p>
    <w:p w:rsidR="00440EE8" w:rsidRPr="000731FF" w:rsidRDefault="00CE7BBE">
      <w:pPr>
        <w:autoSpaceDE w:val="0"/>
        <w:autoSpaceDN w:val="0"/>
        <w:spacing w:before="72" w:after="0"/>
        <w:ind w:right="144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 xml:space="preserve">Древнейшие царства. Создание объединенной империи. </w:t>
      </w:r>
      <w:proofErr w:type="spellStart"/>
      <w:r w:rsidRPr="000731FF">
        <w:rPr>
          <w:rFonts w:ascii="Times New Roman" w:eastAsia="Times New Roman" w:hAnsi="Times New Roman"/>
          <w:sz w:val="24"/>
          <w:lang w:val="ru-RU"/>
        </w:rPr>
        <w:t>Цинь</w:t>
      </w:r>
      <w:proofErr w:type="spellEnd"/>
      <w:r w:rsidRPr="000731FF">
        <w:rPr>
          <w:rFonts w:ascii="Times New Roman" w:eastAsia="Times New Roman" w:hAnsi="Times New Roman"/>
          <w:sz w:val="24"/>
          <w:lang w:val="ru-RU"/>
        </w:rPr>
        <w:t xml:space="preserve"> </w:t>
      </w:r>
      <w:proofErr w:type="spellStart"/>
      <w:r w:rsidRPr="000731FF">
        <w:rPr>
          <w:rFonts w:ascii="Times New Roman" w:eastAsia="Times New Roman" w:hAnsi="Times New Roman"/>
          <w:sz w:val="24"/>
          <w:lang w:val="ru-RU"/>
        </w:rPr>
        <w:t>Шихуанди</w:t>
      </w:r>
      <w:proofErr w:type="spellEnd"/>
      <w:r w:rsidRPr="000731FF">
        <w:rPr>
          <w:rFonts w:ascii="Times New Roman" w:eastAsia="Times New Roman" w:hAnsi="Times New Roman"/>
          <w:sz w:val="24"/>
          <w:lang w:val="ru-RU"/>
        </w:rPr>
        <w:t xml:space="preserve">. Возведение Великой Китайской стены. Правление династии </w:t>
      </w:r>
      <w:proofErr w:type="spellStart"/>
      <w:r w:rsidRPr="000731FF">
        <w:rPr>
          <w:rFonts w:ascii="Times New Roman" w:eastAsia="Times New Roman" w:hAnsi="Times New Roman"/>
          <w:sz w:val="24"/>
          <w:lang w:val="ru-RU"/>
        </w:rPr>
        <w:t>Хань</w:t>
      </w:r>
      <w:proofErr w:type="spellEnd"/>
      <w:r w:rsidRPr="000731FF">
        <w:rPr>
          <w:rFonts w:ascii="Times New Roman" w:eastAsia="Times New Roman" w:hAnsi="Times New Roman"/>
          <w:sz w:val="24"/>
          <w:lang w:val="ru-RU"/>
        </w:rPr>
        <w:t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190" w:after="0"/>
        <w:ind w:right="720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Древняя Греция. Эллинизм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Древнейшая Греция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</w:t>
      </w:r>
    </w:p>
    <w:p w:rsidR="00440EE8" w:rsidRPr="000731FF" w:rsidRDefault="00CE7BBE">
      <w:pPr>
        <w:autoSpaceDE w:val="0"/>
        <w:autoSpaceDN w:val="0"/>
        <w:spacing w:before="70" w:after="0" w:line="230" w:lineRule="auto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Троянская война. Вторжение дорийских племен. Поэмы Гомера «Илиада», «Одиссея».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Греческие полисы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440EE8" w:rsidRPr="000731FF" w:rsidRDefault="00CE7BBE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440EE8" w:rsidRPr="000731FF" w:rsidRDefault="00CE7BBE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0731FF">
        <w:rPr>
          <w:rFonts w:ascii="Times New Roman" w:eastAsia="Times New Roman" w:hAnsi="Times New Roman"/>
          <w:sz w:val="24"/>
          <w:lang w:val="ru-RU"/>
        </w:rPr>
        <w:t>Фемистокл</w:t>
      </w:r>
      <w:proofErr w:type="spellEnd"/>
      <w:r w:rsidRPr="000731FF">
        <w:rPr>
          <w:rFonts w:ascii="Times New Roman" w:eastAsia="Times New Roman" w:hAnsi="Times New Roman"/>
          <w:sz w:val="24"/>
          <w:lang w:val="ru-RU"/>
        </w:rPr>
        <w:t xml:space="preserve">. Битва при Фермопилах. Захват персами Аттики. Победы греков в </w:t>
      </w:r>
      <w:proofErr w:type="spellStart"/>
      <w:r w:rsidRPr="000731FF">
        <w:rPr>
          <w:rFonts w:ascii="Times New Roman" w:eastAsia="Times New Roman" w:hAnsi="Times New Roman"/>
          <w:sz w:val="24"/>
          <w:lang w:val="ru-RU"/>
        </w:rPr>
        <w:t>Саламинском</w:t>
      </w:r>
      <w:proofErr w:type="spellEnd"/>
      <w:r w:rsidRPr="000731FF">
        <w:rPr>
          <w:rFonts w:ascii="Times New Roman" w:eastAsia="Times New Roman" w:hAnsi="Times New Roman"/>
          <w:sz w:val="24"/>
          <w:lang w:val="ru-RU"/>
        </w:rPr>
        <w:t xml:space="preserve"> сражении, при </w:t>
      </w:r>
      <w:proofErr w:type="spellStart"/>
      <w:r w:rsidRPr="000731FF">
        <w:rPr>
          <w:rFonts w:ascii="Times New Roman" w:eastAsia="Times New Roman" w:hAnsi="Times New Roman"/>
          <w:sz w:val="24"/>
          <w:lang w:val="ru-RU"/>
        </w:rPr>
        <w:t>Платеях</w:t>
      </w:r>
      <w:proofErr w:type="spellEnd"/>
      <w:r w:rsidRPr="000731FF">
        <w:rPr>
          <w:rFonts w:ascii="Times New Roman" w:eastAsia="Times New Roman" w:hAnsi="Times New Roman"/>
          <w:sz w:val="24"/>
          <w:lang w:val="ru-RU"/>
        </w:rPr>
        <w:t xml:space="preserve"> и </w:t>
      </w:r>
      <w:proofErr w:type="spellStart"/>
      <w:r w:rsidRPr="000731FF">
        <w:rPr>
          <w:rFonts w:ascii="Times New Roman" w:eastAsia="Times New Roman" w:hAnsi="Times New Roman"/>
          <w:sz w:val="24"/>
          <w:lang w:val="ru-RU"/>
        </w:rPr>
        <w:t>Микале</w:t>
      </w:r>
      <w:proofErr w:type="spellEnd"/>
      <w:r w:rsidRPr="000731FF">
        <w:rPr>
          <w:rFonts w:ascii="Times New Roman" w:eastAsia="Times New Roman" w:hAnsi="Times New Roman"/>
          <w:sz w:val="24"/>
          <w:lang w:val="ru-RU"/>
        </w:rPr>
        <w:t>. Итоги греко-персидских войн.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440EE8" w:rsidRPr="000731FF" w:rsidRDefault="00CE7BBE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Культура Древней Греции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>Религия древних греков; пантеон богов. Храмы и жрецы. Развитие наук. Греческая философия.</w:t>
      </w:r>
    </w:p>
    <w:p w:rsidR="00440EE8" w:rsidRPr="000731FF" w:rsidRDefault="00CE7BBE">
      <w:pPr>
        <w:autoSpaceDE w:val="0"/>
        <w:autoSpaceDN w:val="0"/>
        <w:spacing w:before="70" w:after="0" w:line="262" w:lineRule="auto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Македонские завоевания. Эллинизм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Возвышение Македонии. Политика Филиппа </w:t>
      </w:r>
      <w:r w:rsidRPr="000731FF">
        <w:rPr>
          <w:rFonts w:ascii="Times New Roman" w:eastAsia="Times New Roman" w:hAnsi="Times New Roman"/>
          <w:sz w:val="24"/>
        </w:rPr>
        <w:t>II</w:t>
      </w:r>
      <w:r w:rsidRPr="000731FF">
        <w:rPr>
          <w:rFonts w:ascii="Times New Roman" w:eastAsia="Times New Roman" w:hAnsi="Times New Roman"/>
          <w:sz w:val="24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</w:t>
      </w:r>
    </w:p>
    <w:p w:rsidR="00440EE8" w:rsidRPr="000731FF" w:rsidRDefault="00CE7BBE">
      <w:pPr>
        <w:autoSpaceDE w:val="0"/>
        <w:autoSpaceDN w:val="0"/>
        <w:spacing w:before="70" w:after="0" w:line="230" w:lineRule="auto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Александрия Египетская.</w:t>
      </w:r>
    </w:p>
    <w:p w:rsidR="00440EE8" w:rsidRPr="000731FF" w:rsidRDefault="00CE7BBE">
      <w:pPr>
        <w:autoSpaceDE w:val="0"/>
        <w:autoSpaceDN w:val="0"/>
        <w:spacing w:before="190" w:after="0" w:line="271" w:lineRule="auto"/>
        <w:ind w:left="180" w:right="576"/>
        <w:rPr>
          <w:lang w:val="ru-RU"/>
        </w:rPr>
      </w:pP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Древний Рим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Возникновение Римского государства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>Природа и население Апеннинского полуострова в древности. Этрусские города-государства.</w:t>
      </w:r>
    </w:p>
    <w:p w:rsidR="00440EE8" w:rsidRPr="000731FF" w:rsidRDefault="00440EE8">
      <w:pPr>
        <w:rPr>
          <w:lang w:val="ru-RU"/>
        </w:rPr>
        <w:sectPr w:rsidR="00440EE8" w:rsidRPr="000731FF">
          <w:pgSz w:w="11900" w:h="16840"/>
          <w:pgMar w:top="292" w:right="692" w:bottom="348" w:left="666" w:header="720" w:footer="720" w:gutter="0"/>
          <w:cols w:space="720" w:equalWidth="0">
            <w:col w:w="10542" w:space="0"/>
          </w:cols>
          <w:docGrid w:linePitch="360"/>
        </w:sectPr>
      </w:pPr>
    </w:p>
    <w:p w:rsidR="00440EE8" w:rsidRPr="000731FF" w:rsidRDefault="00440EE8">
      <w:pPr>
        <w:autoSpaceDE w:val="0"/>
        <w:autoSpaceDN w:val="0"/>
        <w:spacing w:after="66" w:line="220" w:lineRule="exact"/>
        <w:rPr>
          <w:lang w:val="ru-RU"/>
        </w:rPr>
      </w:pPr>
    </w:p>
    <w:p w:rsidR="00440EE8" w:rsidRPr="000731FF" w:rsidRDefault="00CE7BBE">
      <w:pPr>
        <w:autoSpaceDE w:val="0"/>
        <w:autoSpaceDN w:val="0"/>
        <w:spacing w:after="0" w:line="271" w:lineRule="auto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190" w:after="0" w:line="271" w:lineRule="auto"/>
        <w:ind w:right="576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Римские завоевания в Средиземноморье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Поздняя Римская республика. Гражданские войны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0731FF">
        <w:rPr>
          <w:rFonts w:ascii="Times New Roman" w:eastAsia="Times New Roman" w:hAnsi="Times New Roman"/>
          <w:sz w:val="24"/>
          <w:lang w:val="ru-RU"/>
        </w:rPr>
        <w:t>Гракхов</w:t>
      </w:r>
      <w:proofErr w:type="spellEnd"/>
      <w:r w:rsidRPr="000731FF">
        <w:rPr>
          <w:rFonts w:ascii="Times New Roman" w:eastAsia="Times New Roman" w:hAnsi="Times New Roman"/>
          <w:sz w:val="24"/>
          <w:lang w:val="ru-RU"/>
        </w:rPr>
        <w:t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192" w:after="0" w:line="281" w:lineRule="auto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Расцвет и падение Римской империи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Установление императорской власти. </w:t>
      </w:r>
      <w:proofErr w:type="spellStart"/>
      <w:r w:rsidRPr="000731FF">
        <w:rPr>
          <w:rFonts w:ascii="Times New Roman" w:eastAsia="Times New Roman" w:hAnsi="Times New Roman"/>
          <w:sz w:val="24"/>
          <w:lang w:val="ru-RU"/>
        </w:rPr>
        <w:t>Октавиан</w:t>
      </w:r>
      <w:proofErr w:type="spellEnd"/>
      <w:r w:rsidRPr="000731FF">
        <w:rPr>
          <w:rFonts w:ascii="Times New Roman" w:eastAsia="Times New Roman" w:hAnsi="Times New Roman"/>
          <w:sz w:val="24"/>
          <w:lang w:val="ru-RU"/>
        </w:rPr>
        <w:t xml:space="preserve"> Август. Императоры Рима: завоеватели и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 w:rsidRPr="000731FF">
        <w:rPr>
          <w:rFonts w:ascii="Times New Roman" w:eastAsia="Times New Roman" w:hAnsi="Times New Roman"/>
          <w:sz w:val="24"/>
        </w:rPr>
        <w:t>I</w:t>
      </w:r>
      <w:r w:rsidRPr="000731FF">
        <w:rPr>
          <w:rFonts w:ascii="Times New Roman" w:eastAsia="Times New Roman" w:hAnsi="Times New Roman"/>
          <w:sz w:val="24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440EE8" w:rsidRPr="000731FF" w:rsidRDefault="00CE7BB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731FF">
        <w:rPr>
          <w:rFonts w:ascii="Times New Roman" w:eastAsia="Times New Roman" w:hAnsi="Times New Roman"/>
          <w:sz w:val="24"/>
          <w:lang w:val="ru-RU"/>
        </w:rPr>
        <w:t>Начало Великого переселения народов. Рим и варвары. Падение Западной Римской империи.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Культура Древнего Рима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440EE8" w:rsidRPr="000731FF" w:rsidRDefault="00CE7BBE">
      <w:pPr>
        <w:autoSpaceDE w:val="0"/>
        <w:autoSpaceDN w:val="0"/>
        <w:spacing w:before="190" w:after="0" w:line="262" w:lineRule="auto"/>
        <w:ind w:left="180" w:right="3312"/>
        <w:rPr>
          <w:lang w:val="ru-RU"/>
        </w:rPr>
      </w:pP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Обобщение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Историческое и культурное наследие цивилизаций Древнего мира. </w:t>
      </w:r>
    </w:p>
    <w:p w:rsidR="00440EE8" w:rsidRPr="000731FF" w:rsidRDefault="00440EE8">
      <w:pPr>
        <w:rPr>
          <w:lang w:val="ru-RU"/>
        </w:rPr>
        <w:sectPr w:rsidR="00440EE8" w:rsidRPr="000731FF">
          <w:pgSz w:w="11900" w:h="16840"/>
          <w:pgMar w:top="286" w:right="680" w:bottom="1440" w:left="666" w:header="720" w:footer="720" w:gutter="0"/>
          <w:cols w:space="720" w:equalWidth="0">
            <w:col w:w="10554" w:space="0"/>
          </w:cols>
          <w:docGrid w:linePitch="360"/>
        </w:sectPr>
      </w:pPr>
    </w:p>
    <w:p w:rsidR="00440EE8" w:rsidRPr="000731FF" w:rsidRDefault="00440EE8">
      <w:pPr>
        <w:autoSpaceDE w:val="0"/>
        <w:autoSpaceDN w:val="0"/>
        <w:spacing w:after="78" w:line="220" w:lineRule="exact"/>
        <w:rPr>
          <w:lang w:val="ru-RU"/>
        </w:rPr>
      </w:pPr>
    </w:p>
    <w:p w:rsidR="00440EE8" w:rsidRPr="000731FF" w:rsidRDefault="00CE7BBE">
      <w:pPr>
        <w:autoSpaceDE w:val="0"/>
        <w:autoSpaceDN w:val="0"/>
        <w:spacing w:after="0" w:line="230" w:lineRule="auto"/>
        <w:rPr>
          <w:lang w:val="ru-RU"/>
        </w:rPr>
      </w:pPr>
      <w:r w:rsidRPr="000731FF">
        <w:rPr>
          <w:rFonts w:ascii="Times New Roman" w:eastAsia="Times New Roman" w:hAnsi="Times New Roman"/>
          <w:b/>
          <w:sz w:val="24"/>
          <w:lang w:val="ru-RU"/>
        </w:rPr>
        <w:t xml:space="preserve">ПЛАНИРУЕМЫЕ РЕЗУЛЬТАТЫ 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346" w:after="0" w:line="262" w:lineRule="auto"/>
        <w:ind w:right="1584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440EE8" w:rsidRPr="000731FF" w:rsidRDefault="00CE7BBE">
      <w:pPr>
        <w:autoSpaceDE w:val="0"/>
        <w:autoSpaceDN w:val="0"/>
        <w:spacing w:before="262" w:after="0" w:line="230" w:lineRule="auto"/>
        <w:rPr>
          <w:lang w:val="ru-RU"/>
        </w:rPr>
      </w:pPr>
      <w:r w:rsidRPr="000731FF">
        <w:rPr>
          <w:rFonts w:ascii="Times New Roman" w:eastAsia="Times New Roman" w:hAnsi="Times New Roman"/>
          <w:b/>
          <w:sz w:val="24"/>
          <w:lang w:val="ru-RU"/>
        </w:rPr>
        <w:t>ЛИЧНОСТНЫЕ РЕЗУЛЬТАТЫ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К важнейшим </w:t>
      </w:r>
      <w:r w:rsidRPr="000731FF">
        <w:rPr>
          <w:rFonts w:ascii="Times New Roman" w:eastAsia="Times New Roman" w:hAnsi="Times New Roman"/>
          <w:b/>
          <w:sz w:val="24"/>
          <w:lang w:val="ru-RU"/>
        </w:rPr>
        <w:t>личностным результатам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в сфере </w:t>
      </w:r>
      <w:r w:rsidRPr="000731FF">
        <w:rPr>
          <w:rFonts w:ascii="Times New Roman" w:eastAsia="Times New Roman" w:hAnsi="Times New Roman"/>
          <w:i/>
          <w:sz w:val="24"/>
          <w:lang w:val="ru-RU"/>
        </w:rPr>
        <w:t>патриотического воспитания: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в сфере </w:t>
      </w:r>
      <w:r w:rsidRPr="000731FF">
        <w:rPr>
          <w:rFonts w:ascii="Times New Roman" w:eastAsia="Times New Roman" w:hAnsi="Times New Roman"/>
          <w:i/>
          <w:sz w:val="24"/>
          <w:lang w:val="ru-RU"/>
        </w:rPr>
        <w:t>гражданского воспитания: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 </w:t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в </w:t>
      </w:r>
      <w:r w:rsidRPr="000731FF">
        <w:rPr>
          <w:rFonts w:ascii="Times New Roman" w:eastAsia="Times New Roman" w:hAnsi="Times New Roman"/>
          <w:i/>
          <w:sz w:val="24"/>
          <w:lang w:val="ru-RU"/>
        </w:rPr>
        <w:t>духовно-нравственной сфере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 </w:t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в сфере </w:t>
      </w:r>
      <w:r w:rsidRPr="000731FF">
        <w:rPr>
          <w:rFonts w:ascii="Times New Roman" w:eastAsia="Times New Roman" w:hAnsi="Times New Roman"/>
          <w:i/>
          <w:sz w:val="24"/>
          <w:lang w:val="ru-RU"/>
        </w:rPr>
        <w:t>эстетического воспитания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: представление о культурном многообразии своей страны и мира; осознание важности культуры как воплощения ценностей общества и средства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 </w:t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в формировании ценностного отношения к жизни и здоровью: осознание ценности жизни и необходимости ее сохранения (в том числе —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в сфере </w:t>
      </w:r>
      <w:r w:rsidRPr="000731FF">
        <w:rPr>
          <w:rFonts w:ascii="Times New Roman" w:eastAsia="Times New Roman" w:hAnsi="Times New Roman"/>
          <w:i/>
          <w:sz w:val="24"/>
          <w:lang w:val="ru-RU"/>
        </w:rPr>
        <w:t>трудового воспитания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: понимание на основе знания истории значения трудовой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построение индивидуальной траектории образования и жизненных планов;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в сфере </w:t>
      </w:r>
      <w:r w:rsidRPr="000731FF">
        <w:rPr>
          <w:rFonts w:ascii="Times New Roman" w:eastAsia="Times New Roman" w:hAnsi="Times New Roman"/>
          <w:i/>
          <w:sz w:val="24"/>
          <w:lang w:val="ru-RU"/>
        </w:rPr>
        <w:t>экологического воспитания: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</w:t>
      </w:r>
    </w:p>
    <w:p w:rsidR="00440EE8" w:rsidRPr="000731FF" w:rsidRDefault="00440EE8">
      <w:pPr>
        <w:rPr>
          <w:lang w:val="ru-RU"/>
        </w:rPr>
        <w:sectPr w:rsidR="00440EE8" w:rsidRPr="000731FF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40EE8" w:rsidRPr="000731FF" w:rsidRDefault="00440EE8">
      <w:pPr>
        <w:autoSpaceDE w:val="0"/>
        <w:autoSpaceDN w:val="0"/>
        <w:spacing w:after="72" w:line="220" w:lineRule="exact"/>
        <w:rPr>
          <w:lang w:val="ru-RU"/>
        </w:rPr>
      </w:pPr>
    </w:p>
    <w:p w:rsidR="00440EE8" w:rsidRPr="000731FF" w:rsidRDefault="00CE7BBE">
      <w:pPr>
        <w:autoSpaceDE w:val="0"/>
        <w:autoSpaceDN w:val="0"/>
        <w:spacing w:after="0" w:line="230" w:lineRule="auto"/>
        <w:rPr>
          <w:lang w:val="ru-RU"/>
        </w:rPr>
      </w:pPr>
      <w:proofErr w:type="gramStart"/>
      <w:r w:rsidRPr="000731FF">
        <w:rPr>
          <w:rFonts w:ascii="Times New Roman" w:eastAsia="Times New Roman" w:hAnsi="Times New Roman"/>
          <w:sz w:val="24"/>
          <w:lang w:val="ru-RU"/>
        </w:rPr>
        <w:t>направленности</w:t>
      </w:r>
      <w:proofErr w:type="gramEnd"/>
      <w:r w:rsidRPr="000731FF">
        <w:rPr>
          <w:rFonts w:ascii="Times New Roman" w:eastAsia="Times New Roman" w:hAnsi="Times New Roman"/>
          <w:sz w:val="24"/>
          <w:lang w:val="ru-RU"/>
        </w:rPr>
        <w:t>.</w:t>
      </w:r>
    </w:p>
    <w:p w:rsidR="00440EE8" w:rsidRPr="000731FF" w:rsidRDefault="00CE7BBE">
      <w:pPr>
        <w:autoSpaceDE w:val="0"/>
        <w:autoSpaceDN w:val="0"/>
        <w:spacing w:before="70" w:after="0"/>
        <w:ind w:right="576" w:firstLine="180"/>
        <w:rPr>
          <w:lang w:val="ru-RU"/>
        </w:rPr>
      </w:pPr>
      <w:proofErr w:type="gramStart"/>
      <w:r w:rsidRPr="000731FF">
        <w:rPr>
          <w:rFonts w:ascii="Times New Roman" w:eastAsia="Times New Roman" w:hAnsi="Times New Roman"/>
          <w:sz w:val="24"/>
          <w:lang w:val="ru-RU"/>
        </w:rPr>
        <w:t>в</w:t>
      </w:r>
      <w:proofErr w:type="gramEnd"/>
      <w:r w:rsidRPr="000731FF">
        <w:rPr>
          <w:rFonts w:ascii="Times New Roman" w:eastAsia="Times New Roman" w:hAnsi="Times New Roman"/>
          <w:sz w:val="24"/>
          <w:lang w:val="ru-RU"/>
        </w:rPr>
        <w:t xml:space="preserve"> сфере </w:t>
      </w:r>
      <w:r w:rsidRPr="000731FF">
        <w:rPr>
          <w:rFonts w:ascii="Times New Roman" w:eastAsia="Times New Roman" w:hAnsi="Times New Roman"/>
          <w:i/>
          <w:sz w:val="24"/>
          <w:lang w:val="ru-RU"/>
        </w:rPr>
        <w:t>адаптации к меняющимся условиям социальной и природной среды: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440EE8" w:rsidRPr="000731FF" w:rsidRDefault="00CE7BBE">
      <w:pPr>
        <w:autoSpaceDE w:val="0"/>
        <w:autoSpaceDN w:val="0"/>
        <w:spacing w:before="262" w:after="0" w:line="230" w:lineRule="auto"/>
        <w:rPr>
          <w:lang w:val="ru-RU"/>
        </w:rPr>
      </w:pPr>
      <w:r w:rsidRPr="000731FF">
        <w:rPr>
          <w:rFonts w:ascii="Times New Roman" w:eastAsia="Times New Roman" w:hAnsi="Times New Roman"/>
          <w:b/>
          <w:sz w:val="24"/>
          <w:lang w:val="ru-RU"/>
        </w:rPr>
        <w:t>МЕТАПРЕДМЕТНЫЕ РЕЗУЛЬТАТЫ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166" w:after="0" w:line="262" w:lineRule="auto"/>
        <w:ind w:right="432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b/>
          <w:i/>
          <w:sz w:val="24"/>
          <w:lang w:val="ru-RU"/>
        </w:rPr>
        <w:t>Метапредметные результаты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 xml:space="preserve">В сфере универсальных учебных познавательных действий: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>владение базовыми логическими действиями: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>владение базовыми исследовательскими действиями: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>работа с информацией: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—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>предложенным учителем или сформулированным самостоятельно).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 xml:space="preserve">В сфере универсальных учебных коммуникативных действий: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>общение: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 представлять особенности взаимодействия людей в исторических обществах и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>осуществление совместной деятельности: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 xml:space="preserve">В сфере универсальных учебных регулятивных действий: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в</w:t>
      </w:r>
      <w:r w:rsidRPr="000731FF">
        <w:rPr>
          <w:rFonts w:ascii="Times New Roman" w:eastAsia="Times New Roman" w:hAnsi="Times New Roman"/>
          <w:i/>
          <w:sz w:val="24"/>
          <w:lang w:val="ru-RU"/>
        </w:rPr>
        <w:t>ладение приемами самоорганизации</w:t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 своей учебной и общественной работы (выявление проблемы, требующей решения; составление плана действий и определение способа решения);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владение приемами самоконтроля —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>В сфере эмоционального интеллекта</w:t>
      </w:r>
      <w:r w:rsidRPr="000731FF">
        <w:rPr>
          <w:rFonts w:ascii="Times New Roman" w:eastAsia="Times New Roman" w:hAnsi="Times New Roman"/>
          <w:sz w:val="24"/>
          <w:lang w:val="ru-RU"/>
        </w:rPr>
        <w:t>,</w:t>
      </w:r>
      <w:r w:rsidRPr="000731FF">
        <w:rPr>
          <w:rFonts w:ascii="Times New Roman" w:eastAsia="Times New Roman" w:hAnsi="Times New Roman"/>
          <w:i/>
          <w:sz w:val="24"/>
          <w:lang w:val="ru-RU"/>
        </w:rPr>
        <w:t xml:space="preserve"> понимания себя и других: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выявлять на примерах исторических ситуаций роль эмоций в отношениях между людьми; </w:t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440EE8" w:rsidRPr="000731FF" w:rsidRDefault="00440EE8">
      <w:pPr>
        <w:rPr>
          <w:lang w:val="ru-RU"/>
        </w:rPr>
        <w:sectPr w:rsidR="00440EE8" w:rsidRPr="000731FF">
          <w:pgSz w:w="11900" w:h="16840"/>
          <w:pgMar w:top="292" w:right="686" w:bottom="288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440EE8" w:rsidRPr="000731FF" w:rsidRDefault="00440EE8">
      <w:pPr>
        <w:autoSpaceDE w:val="0"/>
        <w:autoSpaceDN w:val="0"/>
        <w:spacing w:after="96" w:line="220" w:lineRule="exact"/>
        <w:rPr>
          <w:lang w:val="ru-RU"/>
        </w:rPr>
      </w:pPr>
    </w:p>
    <w:p w:rsidR="00440EE8" w:rsidRPr="000731FF" w:rsidRDefault="00CE7BBE">
      <w:pPr>
        <w:tabs>
          <w:tab w:val="left" w:pos="180"/>
        </w:tabs>
        <w:autoSpaceDE w:val="0"/>
        <w:autoSpaceDN w:val="0"/>
        <w:spacing w:after="0" w:line="262" w:lineRule="auto"/>
        <w:ind w:right="576"/>
        <w:rPr>
          <w:lang w:val="ru-RU"/>
        </w:rPr>
      </w:pPr>
      <w:r w:rsidRPr="000731FF">
        <w:rPr>
          <w:lang w:val="ru-RU"/>
        </w:rPr>
        <w:tab/>
      </w:r>
      <w:proofErr w:type="gramStart"/>
      <w:r w:rsidRPr="000731FF">
        <w:rPr>
          <w:rFonts w:ascii="Times New Roman" w:eastAsia="Times New Roman" w:hAnsi="Times New Roman"/>
          <w:sz w:val="24"/>
          <w:lang w:val="ru-RU"/>
        </w:rPr>
        <w:t>регулировать</w:t>
      </w:r>
      <w:proofErr w:type="gramEnd"/>
      <w:r w:rsidRPr="000731FF">
        <w:rPr>
          <w:rFonts w:ascii="Times New Roman" w:eastAsia="Times New Roman" w:hAnsi="Times New Roman"/>
          <w:sz w:val="24"/>
          <w:lang w:val="ru-RU"/>
        </w:rPr>
        <w:t xml:space="preserve"> способ выражения своих эмоций с учетом позиций и мнений других участников общения.</w:t>
      </w:r>
    </w:p>
    <w:p w:rsidR="00440EE8" w:rsidRPr="000731FF" w:rsidRDefault="00CE7BBE">
      <w:pPr>
        <w:autoSpaceDE w:val="0"/>
        <w:autoSpaceDN w:val="0"/>
        <w:spacing w:before="262" w:after="0" w:line="230" w:lineRule="auto"/>
        <w:rPr>
          <w:lang w:val="ru-RU"/>
        </w:rPr>
      </w:pPr>
      <w:r w:rsidRPr="000731FF">
        <w:rPr>
          <w:rFonts w:ascii="Times New Roman" w:eastAsia="Times New Roman" w:hAnsi="Times New Roman"/>
          <w:b/>
          <w:sz w:val="24"/>
          <w:lang w:val="ru-RU"/>
        </w:rPr>
        <w:t>ПРЕДМЕТНЫЕ РЕЗУЛЬТАТЫ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166" w:after="0" w:line="281" w:lineRule="auto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 xml:space="preserve">1.Знание хронологии, работа с хронологией: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объяснять смысл основных хронологических понятий (век, тысячелетие, до нашей эры, наша эра); </w:t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называть даты важнейших событий истории Древнего мира; по дате устанавливать принадлежность события к веку, тысячелетию;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72" w:after="0"/>
        <w:ind w:right="144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 xml:space="preserve">2.Знание исторических фактов, работа с фактами: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указывать (называть) место, обстоятельства, участников, результаты важнейших событий истории Древнего мира;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группировать, систематизировать факты по заданному признаку.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 xml:space="preserve">3.Работа с исторической картой: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</w:t>
      </w:r>
      <w:r w:rsidRPr="000731FF">
        <w:rPr>
          <w:lang w:val="ru-RU"/>
        </w:rPr>
        <w:br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цивилизаций и государств, места важнейших исторических событий), используя легенду карты; </w:t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 xml:space="preserve">4.Работа с историческими источниками: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называть и различать основные типы исторических источников (письменные, визуальные, вещественные), приводить примеры источников разных типов;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различать памятники культуры изучаемой эпохи и источники, созданные в последующие эпохи, приводить примеры;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 xml:space="preserve">5.Историческое описание (реконструкция):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характеризовать условия жизни людей в древности;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рассказывать о значительных событиях древней истории, их участниках;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рассказывать об исторических личностях Древнего мира (ключевых моментах их биографии, роли в исторических событиях);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 xml:space="preserve">6.Анализ, объяснение исторических событий, явлений: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сравнивать исторические явления, определять их общие черты;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иллюстрировать общие явления, черты конкретными примерами;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объяснять причины и следствия важнейших событий древней истории.</w:t>
      </w:r>
    </w:p>
    <w:p w:rsidR="00440EE8" w:rsidRPr="000731FF" w:rsidRDefault="00CE7BBE">
      <w:pPr>
        <w:tabs>
          <w:tab w:val="left" w:pos="180"/>
        </w:tabs>
        <w:autoSpaceDE w:val="0"/>
        <w:autoSpaceDN w:val="0"/>
        <w:spacing w:before="70" w:after="0" w:line="281" w:lineRule="auto"/>
        <w:ind w:right="576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 xml:space="preserve">7.Рассмотрение исторических версий и оценок, определение своего отношения к наиболее значимым событиям и личностям прошлого: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излагать оценки наиболее значительных событий и личностей древней истории, приводимые в учебной литературе;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440EE8" w:rsidRPr="000731FF" w:rsidRDefault="00440EE8">
      <w:pPr>
        <w:rPr>
          <w:lang w:val="ru-RU"/>
        </w:rPr>
        <w:sectPr w:rsidR="00440EE8" w:rsidRPr="000731FF">
          <w:pgSz w:w="11900" w:h="16840"/>
          <w:pgMar w:top="316" w:right="698" w:bottom="432" w:left="666" w:header="720" w:footer="720" w:gutter="0"/>
          <w:cols w:space="720" w:equalWidth="0">
            <w:col w:w="10536" w:space="0"/>
          </w:cols>
          <w:docGrid w:linePitch="360"/>
        </w:sectPr>
      </w:pPr>
    </w:p>
    <w:p w:rsidR="00440EE8" w:rsidRPr="000731FF" w:rsidRDefault="00440EE8">
      <w:pPr>
        <w:autoSpaceDE w:val="0"/>
        <w:autoSpaceDN w:val="0"/>
        <w:spacing w:after="78" w:line="220" w:lineRule="exact"/>
        <w:rPr>
          <w:lang w:val="ru-RU"/>
        </w:rPr>
      </w:pPr>
    </w:p>
    <w:p w:rsidR="00440EE8" w:rsidRPr="000731FF" w:rsidRDefault="00CE7BBE">
      <w:pPr>
        <w:tabs>
          <w:tab w:val="left" w:pos="180"/>
        </w:tabs>
        <w:autoSpaceDE w:val="0"/>
        <w:autoSpaceDN w:val="0"/>
        <w:spacing w:after="0" w:line="281" w:lineRule="auto"/>
        <w:rPr>
          <w:lang w:val="ru-RU"/>
        </w:rPr>
      </w:pP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i/>
          <w:sz w:val="24"/>
          <w:lang w:val="ru-RU"/>
        </w:rPr>
        <w:t xml:space="preserve">8.Применение исторических знаний: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 xml:space="preserve">раскрывать значение памятников древней истории и культуры, необходимость сохранения их в современном мире; </w:t>
      </w:r>
      <w:r w:rsidRPr="000731FF">
        <w:rPr>
          <w:lang w:val="ru-RU"/>
        </w:rPr>
        <w:br/>
      </w:r>
      <w:r w:rsidRPr="000731FF">
        <w:rPr>
          <w:lang w:val="ru-RU"/>
        </w:rPr>
        <w:tab/>
      </w:r>
      <w:r w:rsidRPr="000731FF">
        <w:rPr>
          <w:rFonts w:ascii="Times New Roman" w:eastAsia="Times New Roman" w:hAnsi="Times New Roman"/>
          <w:sz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</w:t>
      </w:r>
    </w:p>
    <w:p w:rsidR="00440EE8" w:rsidRPr="000731FF" w:rsidRDefault="00440EE8">
      <w:pPr>
        <w:rPr>
          <w:lang w:val="ru-RU"/>
        </w:rPr>
        <w:sectPr w:rsidR="00440EE8" w:rsidRPr="000731FF">
          <w:pgSz w:w="11900" w:h="16840"/>
          <w:pgMar w:top="298" w:right="1126" w:bottom="1440" w:left="666" w:header="720" w:footer="720" w:gutter="0"/>
          <w:cols w:space="720" w:equalWidth="0">
            <w:col w:w="10108" w:space="0"/>
          </w:cols>
          <w:docGrid w:linePitch="360"/>
        </w:sectPr>
      </w:pPr>
    </w:p>
    <w:p w:rsidR="00440EE8" w:rsidRPr="00276E50" w:rsidRDefault="00440EE8">
      <w:pPr>
        <w:autoSpaceDE w:val="0"/>
        <w:autoSpaceDN w:val="0"/>
        <w:spacing w:after="64" w:line="220" w:lineRule="exact"/>
        <w:rPr>
          <w:lang w:val="ru-RU"/>
        </w:rPr>
      </w:pPr>
    </w:p>
    <w:p w:rsidR="00440EE8" w:rsidRDefault="00CE7BBE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378"/>
        <w:gridCol w:w="528"/>
        <w:gridCol w:w="656"/>
        <w:gridCol w:w="709"/>
        <w:gridCol w:w="851"/>
        <w:gridCol w:w="5953"/>
        <w:gridCol w:w="992"/>
        <w:gridCol w:w="3039"/>
      </w:tblGrid>
      <w:tr w:rsidR="00440EE8" w:rsidRPr="00F32B74" w:rsidTr="002D1AB7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F32B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2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1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 часов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Дата </w:t>
            </w:r>
            <w:r w:rsidRPr="00F32B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изучения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Виды деятельности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Виды, </w:t>
            </w:r>
            <w:r w:rsidRPr="00F32B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формы </w:t>
            </w:r>
            <w:r w:rsidRPr="00F32B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контроля</w:t>
            </w:r>
          </w:p>
        </w:tc>
        <w:tc>
          <w:tcPr>
            <w:tcW w:w="3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440EE8" w:rsidRPr="00F32B74" w:rsidTr="002D1AB7">
        <w:trPr>
          <w:trHeight w:hRule="exact" w:val="1192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EE8" w:rsidRPr="00F32B74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1.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Введение</w:t>
            </w:r>
          </w:p>
        </w:tc>
      </w:tr>
      <w:tr w:rsidR="00440EE8" w:rsidRPr="00A66DA5" w:rsidTr="002D1AB7">
        <w:trPr>
          <w:trHeight w:hRule="exact" w:val="447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Введение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 w:rsidP="002D1AB7">
            <w:pPr>
              <w:autoSpaceDE w:val="0"/>
              <w:autoSpaceDN w:val="0"/>
              <w:spacing w:before="76" w:after="0" w:line="257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 историки узнают о далеком </w:t>
            </w:r>
            <w:proofErr w:type="gram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прошлом.;</w:t>
            </w:r>
            <w:proofErr w:type="gram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Приводить примеры вещественных и пис</w:t>
            </w:r>
            <w:r w:rsidR="002D1AB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ьменных исторических источников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значение терминов: история;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хронология; </w:t>
            </w:r>
            <w:r w:rsidR="00F32B74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археология; этнография; </w:t>
            </w:r>
            <w:r w:rsidR="002D1AB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нумизматика</w:t>
            </w:r>
            <w:r w:rsidR="002D1AB7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отрезки времени;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используемые при описании прошлого (год;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век;</w:t>
            </w:r>
            <w:r w:rsidR="00F32B74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тысячелетие; </w:t>
            </w:r>
            <w:r w:rsidR="002D1AB7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эра).;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Размещать на ленте времени даты событий;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происшедших до нашей эры и в нашу эру.;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какая историческая и географическая информация содержится на исторических картах;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5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«История и её помощницы»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/7519/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/310298/ Урок «Счёт лет в истории»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/7520/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/253250/</w:t>
            </w:r>
          </w:p>
        </w:tc>
      </w:tr>
      <w:tr w:rsidR="00440EE8" w:rsidRPr="00F32B74">
        <w:trPr>
          <w:trHeight w:hRule="exact" w:val="348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2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EE8" w:rsidRPr="00F32B74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 2. Первобытность</w:t>
            </w:r>
          </w:p>
        </w:tc>
      </w:tr>
    </w:tbl>
    <w:p w:rsidR="00440EE8" w:rsidRPr="00F32B74" w:rsidRDefault="00440EE8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440EE8" w:rsidRPr="00F32B74" w:rsidRDefault="00440EE8">
      <w:pPr>
        <w:rPr>
          <w:rFonts w:ascii="Times New Roman" w:hAnsi="Times New Roman" w:cs="Times New Roman"/>
          <w:sz w:val="24"/>
          <w:szCs w:val="24"/>
        </w:rPr>
        <w:sectPr w:rsidR="00440EE8" w:rsidRPr="00F32B74">
          <w:pgSz w:w="16840" w:h="11900"/>
          <w:pgMar w:top="282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40EE8" w:rsidRPr="00F32B74" w:rsidRDefault="00440EE8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378"/>
        <w:gridCol w:w="528"/>
        <w:gridCol w:w="1104"/>
        <w:gridCol w:w="1142"/>
        <w:gridCol w:w="864"/>
        <w:gridCol w:w="4070"/>
        <w:gridCol w:w="828"/>
        <w:gridCol w:w="4192"/>
      </w:tblGrid>
      <w:tr w:rsidR="00440EE8" w:rsidRPr="00A66DA5" w:rsidTr="00F32B74">
        <w:trPr>
          <w:trHeight w:hRule="exact" w:val="102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Первобытность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D1AB7" w:rsidRDefault="00CE7BBE" w:rsidP="002D1AB7">
            <w:pPr>
              <w:autoSpaceDE w:val="0"/>
              <w:autoSpaceDN w:val="0"/>
              <w:spacing w:before="78" w:after="0" w:line="25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Показывать на карте места расселения древнейших людей; известные историкам.;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занятиях первобытных людей.;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Распознавать изображения орудий труда и охоты</w:t>
            </w:r>
            <w:r w:rsidR="002D1AB7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первобытных людей.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какое значение для древнейших людей имело овладение огнем;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 его добывали и поддерживали.;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где были найдены рисунки первобытных людей;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 чем ученые узнали из этих рисунков.;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чему;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каким силам поклонялись древнейшие люди.;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 значение понятий: присваивающее хозяйство; язычество;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миф.;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значение освоения древними людьми земледелия и скотоводства.;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Распознавать (на изображениях;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макетах) орудия труда древних земледельцев; </w:t>
            </w:r>
            <w:r w:rsidR="002D1AB7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ремесленников.;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Давать определение понятий: присваивающее хозяйство; производящее хозяйство;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род; </w:t>
            </w:r>
            <w:r w:rsidR="002D1AB7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племя.;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важнейших ремеслах;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изобретенных древними людьми; </w:t>
            </w:r>
          </w:p>
          <w:p w:rsidR="002D1AB7" w:rsidRDefault="002D1AB7" w:rsidP="002D1AB7">
            <w:pPr>
              <w:autoSpaceDE w:val="0"/>
              <w:autoSpaceDN w:val="0"/>
              <w:spacing w:before="78" w:after="0" w:line="25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</w:p>
          <w:p w:rsidR="00440EE8" w:rsidRPr="00F32B74" w:rsidRDefault="00CE7BBE" w:rsidP="002D1AB7">
            <w:pPr>
              <w:autoSpaceDE w:val="0"/>
              <w:autoSpaceDN w:val="0"/>
              <w:spacing w:before="78" w:after="0" w:line="25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 произошло открытие людьми металлов;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какое значение это </w:t>
            </w:r>
            <w:proofErr w:type="gram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имело.;</w:t>
            </w:r>
            <w:proofErr w:type="gram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 чем состояли предпосылки и последствия развития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обмена и торговли в первобытном обществе.;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 значение понятий и терминов: родовая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община;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соседская община;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вождь;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старейшина;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знать.;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Называть признаки;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 которым историки судят о появлении цивилизации; 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«Первобытные собиратели и охотники» (РЭШ)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/7521/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/253219/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«Родовые общины. Занятия древних людей» (РЭШ)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/406/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«Первобытные земледельцы и скотоводы» (РЭШ)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/7522/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/310329/</w:t>
            </w:r>
          </w:p>
        </w:tc>
      </w:tr>
      <w:tr w:rsidR="00440EE8" w:rsidRPr="00F32B74">
        <w:trPr>
          <w:trHeight w:hRule="exact" w:val="35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Итого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2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EE8" w:rsidRPr="00F32B74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 3. Древний Восток</w:t>
            </w:r>
          </w:p>
        </w:tc>
      </w:tr>
    </w:tbl>
    <w:p w:rsidR="00440EE8" w:rsidRPr="00F32B74" w:rsidRDefault="00440EE8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440EE8" w:rsidRPr="00F32B74" w:rsidRDefault="00440EE8">
      <w:pPr>
        <w:rPr>
          <w:rFonts w:ascii="Times New Roman" w:hAnsi="Times New Roman" w:cs="Times New Roman"/>
          <w:sz w:val="24"/>
          <w:szCs w:val="24"/>
        </w:rPr>
        <w:sectPr w:rsidR="00440EE8" w:rsidRPr="00F32B74">
          <w:pgSz w:w="16840" w:h="11900"/>
          <w:pgMar w:top="284" w:right="640" w:bottom="105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40EE8" w:rsidRPr="00F32B74" w:rsidRDefault="00440EE8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572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378"/>
        <w:gridCol w:w="528"/>
        <w:gridCol w:w="1104"/>
        <w:gridCol w:w="1142"/>
        <w:gridCol w:w="864"/>
        <w:gridCol w:w="4209"/>
        <w:gridCol w:w="992"/>
        <w:gridCol w:w="4111"/>
      </w:tblGrid>
      <w:tr w:rsidR="00440EE8" w:rsidRPr="00A66DA5" w:rsidTr="00B71580">
        <w:trPr>
          <w:trHeight w:hRule="exact" w:val="1062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Древний Египет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 w:rsidP="002D1AB7">
            <w:pPr>
              <w:autoSpaceDE w:val="0"/>
              <w:autoSpaceDN w:val="0"/>
              <w:spacing w:before="78" w:after="0" w:line="257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с использованием исторической карты о природных условиях Египта;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их влиянии на занятия населения.;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что способствовало возникновению в Египте сильной государственной власти.;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 произошло объединение Египта;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 значение этого событие.;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смысл понятий и терминов: фараон; </w:t>
            </w:r>
            <w:r w:rsidR="002D1AB7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жрец.;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Давать описание условий жизни и занятий древних египтян;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используя живописные и скульптурные изображения.; Характеризовать положение основных групп населения Древнего Египта (вельможи;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чиновники; </w:t>
            </w:r>
            <w:r w:rsidR="002D1AB7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жрецы; земледельцы;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ремесленники).;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Показывать на карте основные направления</w:t>
            </w:r>
            <w:r w:rsidR="002D1AB7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завоевательных походов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фараонов Египта.;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об организации и вооружении египетского войска.;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чем прославился фараон Рамсес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II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каким богам поклонялись древние египтяне.;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Представлять описание внешнего вида и внутреннего устройства египетских храмов;</w:t>
            </w:r>
            <w:r w:rsidR="002D1AB7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пирамид (на основе фотографий; иллюстраций)</w:t>
            </w:r>
            <w:r w:rsidR="002D1AB7"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Излагать сюжет мифа об Осирисе;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 чем заключалась его главная идея.Рассказывать;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чем известен в египетской истории фараон Эхнатон.; Рассказывать;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 каких областях знаний древние египтяне достигли значительных успехов.;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письменность древних египтян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(особенности письма;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материал для письма). 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 чем состоял вклад Ж. Ф. Шампольона в изучение истории Древнего </w:t>
            </w:r>
            <w:proofErr w:type="gram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Египта.;</w:t>
            </w:r>
            <w:proofErr w:type="gram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значение понятий и терминов: пирамида; сфинкс;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рельеф;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фреска;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«Государство на берегах Нила и его жители» (РЭШ)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/7524/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/310360/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«Военные походы фараонов»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/7525/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/310391/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«Религия и культура Древнего Египта» (РЭШ)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/7523/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/310422/</w:t>
            </w:r>
          </w:p>
        </w:tc>
      </w:tr>
    </w:tbl>
    <w:p w:rsidR="00440EE8" w:rsidRPr="00F32B74" w:rsidRDefault="00440EE8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440EE8" w:rsidRPr="00F32B74" w:rsidRDefault="00440EE8">
      <w:pPr>
        <w:rPr>
          <w:rFonts w:ascii="Times New Roman" w:hAnsi="Times New Roman" w:cs="Times New Roman"/>
          <w:sz w:val="24"/>
          <w:szCs w:val="24"/>
          <w:lang w:val="ru-RU"/>
        </w:rPr>
        <w:sectPr w:rsidR="00440EE8" w:rsidRPr="00F32B74">
          <w:pgSz w:w="16840" w:h="11900"/>
          <w:pgMar w:top="284" w:right="640" w:bottom="83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40EE8" w:rsidRPr="00F32B74" w:rsidRDefault="00440EE8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572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378"/>
        <w:gridCol w:w="528"/>
        <w:gridCol w:w="1104"/>
        <w:gridCol w:w="1142"/>
        <w:gridCol w:w="864"/>
        <w:gridCol w:w="4209"/>
        <w:gridCol w:w="992"/>
        <w:gridCol w:w="4111"/>
      </w:tblGrid>
      <w:tr w:rsidR="00440EE8" w:rsidRPr="00A66DA5" w:rsidTr="002D1AB7">
        <w:trPr>
          <w:trHeight w:hRule="exact" w:val="8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 w:right="576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Древние цивилизации Месопотамии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54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используя карту;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 природных условиях Месопотамии и занятиях живших там в древности людей.;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Называть и показывать на карте древнейшие города-государства Месопотамии.;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значение понятий и терминов: клинопись; эпос;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зиккурат.;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Показывать на карте расположение древнего </w:t>
            </w:r>
            <w:r w:rsidR="002D1AB7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Вавилонского царства.;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чем известен в истории вавилонский царь Хаммурапи.; 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 чем заключается ценность законов как исторического источника.;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Показывать на карте территорию Ассирийской державы.</w:t>
            </w:r>
          </w:p>
          <w:p w:rsidR="00440EE8" w:rsidRPr="002D1AB7" w:rsidRDefault="00CE7BBE" w:rsidP="002D1AB7">
            <w:pPr>
              <w:autoSpaceDE w:val="0"/>
              <w:autoSpaceDN w:val="0"/>
              <w:spacing w:before="1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об организации ассирийского </w:t>
            </w:r>
            <w:proofErr w:type="gram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войска.;</w:t>
            </w:r>
            <w:proofErr w:type="gram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 ассирийские цари управляли своей державой.;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Представлять;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используя иллюстрации;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описание ассирийской столицы Ниневии; </w:t>
            </w:r>
            <w:r w:rsidR="002D1AB7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рассказывать о ее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достопримечательностях.;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благодаря чему произошло новое возвышение Вавилона.; Представлять;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используя иллюстрации;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описание города Вавилона в период его расцвета при царе Навуходоносоре. </w:t>
            </w:r>
            <w:r w:rsidRPr="002D1AB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 смысл </w:t>
            </w:r>
            <w:proofErr w:type="gramStart"/>
            <w:r w:rsidRPr="002D1AB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выражения</w:t>
            </w:r>
            <w:r w:rsidRPr="002D1A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D1AB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«</w:t>
            </w:r>
            <w:proofErr w:type="gramEnd"/>
            <w:r w:rsidRPr="002D1AB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Вавилонская башня»; </w:t>
            </w:r>
            <w:r w:rsidRPr="002D1A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D1AB7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«Древнее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Двуречье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. Вавилонский царь Хаммурапи и его законы»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/7526/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/252227/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«Ассирийская держава»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/7529/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/252754/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Урок «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Нововавилонское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царство»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/429/</w:t>
            </w:r>
          </w:p>
        </w:tc>
      </w:tr>
      <w:tr w:rsidR="00440EE8" w:rsidRPr="00A66DA5" w:rsidTr="00B71580">
        <w:trPr>
          <w:trHeight w:hRule="exact" w:val="525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Восточное Средиземноморье в древности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54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 природные условия влияли на занятия населения Восточного </w:t>
            </w:r>
            <w:proofErr w:type="gram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Средиземноморья.;</w:t>
            </w:r>
            <w:proofErr w:type="gram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развитии ремесел и торговли в Финикии.; Объяснять значение понятий: колония;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колонизация;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алфавит.;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Называть и показывать на карте древние государства Палестины.;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чем известен в истории царь Соломон.;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значение понятий и терминов: монотеизм; иудаизм;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пророк;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B7158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Ветхий завет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5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«Финикийские мореплаватели»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/7527/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/310453/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«Библейские сказания. Древнееврейское </w:t>
            </w:r>
            <w:proofErr w:type="gram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царство»(</w:t>
            </w:r>
            <w:proofErr w:type="gram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/7528/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/253095/</w:t>
            </w:r>
          </w:p>
        </w:tc>
      </w:tr>
    </w:tbl>
    <w:p w:rsidR="00440EE8" w:rsidRPr="00F32B74" w:rsidRDefault="00440EE8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440EE8" w:rsidRPr="00F32B74" w:rsidRDefault="00440EE8">
      <w:pPr>
        <w:rPr>
          <w:rFonts w:ascii="Times New Roman" w:hAnsi="Times New Roman" w:cs="Times New Roman"/>
          <w:sz w:val="24"/>
          <w:szCs w:val="24"/>
          <w:lang w:val="ru-RU"/>
        </w:rPr>
        <w:sectPr w:rsidR="00440EE8" w:rsidRPr="00F32B74">
          <w:pgSz w:w="16840" w:h="11900"/>
          <w:pgMar w:top="284" w:right="640" w:bottom="81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40EE8" w:rsidRPr="00F32B74" w:rsidRDefault="00440EE8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572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378"/>
        <w:gridCol w:w="528"/>
        <w:gridCol w:w="1104"/>
        <w:gridCol w:w="1142"/>
        <w:gridCol w:w="864"/>
        <w:gridCol w:w="4209"/>
        <w:gridCol w:w="992"/>
        <w:gridCol w:w="4111"/>
      </w:tblGrid>
      <w:tr w:rsidR="00440EE8" w:rsidRPr="00A66DA5" w:rsidTr="00B71580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Персидская держава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Показывать на карте территорию Персидской державы в период ее </w:t>
            </w:r>
            <w:proofErr w:type="gram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могущества.;</w:t>
            </w:r>
            <w:proofErr w:type="gram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причины военных успехов персидской армии.; Характеризовать систему управления персидской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державой.;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религии древних персов.;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значение понятий и терминов: сатрап;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зороастризм;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Авеста;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right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«Персидская держава «царя царей» (РЭШ)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/7530/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/252723/</w:t>
            </w:r>
          </w:p>
        </w:tc>
      </w:tr>
      <w:tr w:rsidR="00440EE8" w:rsidRPr="00F32B74" w:rsidTr="00B71580">
        <w:trPr>
          <w:trHeight w:hRule="exact" w:val="712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3.5.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Древняя Индия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 w:rsidP="00B71580">
            <w:pPr>
              <w:autoSpaceDE w:val="0"/>
              <w:autoSpaceDN w:val="0"/>
              <w:spacing w:before="76" w:after="0" w:line="257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природных условиях Древней Индии; занятиях населения.;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древнейших индийских городах;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используя карту.;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значение понятий и терминов: арии; </w:t>
            </w:r>
            <w:r w:rsidR="00B71580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раджа; </w:t>
            </w:r>
            <w:proofErr w:type="spellStart"/>
            <w:r w:rsidR="00B71580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варна</w:t>
            </w:r>
            <w:proofErr w:type="spellEnd"/>
            <w:r w:rsidR="00B71580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; каста;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брахман; </w:t>
            </w:r>
            <w:r w:rsidR="00B71580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Веды; санскрит.;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верования древних индийцев;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называть главных богов;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почитаемых в индуизме.;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возникновении буддизма;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основных положениях этого учения.;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Давать описание внешнего вида и внутреннего убранства индуистских и буддийских храмов (на основе текста и иллюстраций учебника).;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 чем повествуют поэмы «Махабхарата» и «Рамаяна»; ч</w:t>
            </w:r>
            <w:r w:rsidR="00B7158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ем они интересны для историков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50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«Природа и люди Древней Индии» (РЭШ)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/7531/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/253064/ Урок «Религия и культура индусов.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Буддизм» (РЭШ) https://resh.edu.ru/subject/lesson/593/</w:t>
            </w:r>
          </w:p>
        </w:tc>
      </w:tr>
    </w:tbl>
    <w:p w:rsidR="00440EE8" w:rsidRPr="00F32B74" w:rsidRDefault="00440EE8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440EE8" w:rsidRPr="00F32B74" w:rsidRDefault="00440EE8">
      <w:pPr>
        <w:rPr>
          <w:rFonts w:ascii="Times New Roman" w:hAnsi="Times New Roman" w:cs="Times New Roman"/>
          <w:sz w:val="24"/>
          <w:szCs w:val="24"/>
        </w:rPr>
        <w:sectPr w:rsidR="00440EE8" w:rsidRPr="00F32B7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40EE8" w:rsidRPr="00F32B74" w:rsidRDefault="00440EE8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5724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378"/>
        <w:gridCol w:w="528"/>
        <w:gridCol w:w="236"/>
        <w:gridCol w:w="279"/>
        <w:gridCol w:w="425"/>
        <w:gridCol w:w="6379"/>
        <w:gridCol w:w="992"/>
        <w:gridCol w:w="4111"/>
      </w:tblGrid>
      <w:tr w:rsidR="00440EE8" w:rsidRPr="00F32B74" w:rsidTr="007F2C62">
        <w:trPr>
          <w:trHeight w:hRule="exact" w:val="1091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3.6.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Древний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Китай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 w:rsidP="00B71580">
            <w:pPr>
              <w:autoSpaceDE w:val="0"/>
              <w:autoSpaceDN w:val="0"/>
              <w:spacing w:before="78" w:after="0" w:line="25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используя карту;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природные условия Древнего Китая;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их влияние на занятия населения.;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хозяйственной деятельности древних китайцев;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совершенствовании орудий их труда;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технических сооружениях.;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Показывать на карте территорию империи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Цинь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и </w:t>
            </w:r>
            <w:r w:rsidR="00B71580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значение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создания единого государства.;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Представлять характеристику императора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Цинь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71580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Шихуанди</w:t>
            </w:r>
            <w:proofErr w:type="spellEnd"/>
            <w:r w:rsidR="00B71580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и итогов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его деятельности.;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достижениях древних китайцев в развитии ремесел и торговли.;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 причины частых восстаний населения в </w:t>
            </w:r>
            <w:r w:rsidR="00B71580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Древнем Китае;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показывать;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чем они завершались.;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значение понятий и терминов: Великая</w:t>
            </w:r>
            <w:r w:rsidR="00B71580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Китайская стена;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Великий шелковый путь; </w:t>
            </w:r>
            <w:r w:rsidR="00B71580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пагода;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иероглиф; </w:t>
            </w:r>
            <w:r w:rsidR="00B71580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каллиграфия.;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об учении Конфуция;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высказывать суждения о причинах его популярности в Древнем Китае и в последующие столетия.;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Представлять характеристику достижений древних </w:t>
            </w:r>
            <w:r w:rsidR="00B71580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китайцев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 развитии письменности;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 науке; </w:t>
            </w:r>
            <w:r w:rsidR="00B71580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технике;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художественной культуре (в форме устных сообщений; альбомов;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B71580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презентаций)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B71580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«Китай в древности»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/7531/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/253064/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«Древний Китай: природа, занятия, общество. Объединение Китая»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/57/ Урок «Религия и культура китайцев.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Конфуцианство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»(РЭШ) https://resh.edu.ru/subject/lesson/62/</w:t>
            </w:r>
          </w:p>
        </w:tc>
      </w:tr>
      <w:tr w:rsidR="00440EE8" w:rsidRPr="00F32B74" w:rsidTr="00B71580">
        <w:trPr>
          <w:trHeight w:hRule="exact" w:val="348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20</w:t>
            </w:r>
          </w:p>
        </w:tc>
        <w:tc>
          <w:tcPr>
            <w:tcW w:w="124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EE8" w:rsidRPr="00F32B74" w:rsidTr="00B71580">
        <w:trPr>
          <w:trHeight w:hRule="exact" w:val="348"/>
        </w:trPr>
        <w:tc>
          <w:tcPr>
            <w:tcW w:w="1572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lastRenderedPageBreak/>
              <w:t>Раздел 4. Древняя Греция. Эллинизм</w:t>
            </w:r>
          </w:p>
        </w:tc>
      </w:tr>
      <w:tr w:rsidR="00440EE8" w:rsidRPr="00A66DA5" w:rsidTr="007F2C62">
        <w:trPr>
          <w:trHeight w:hRule="exact" w:val="4065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4.1.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Древнейшая Греция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6D667C" w:rsidP="006D667C">
            <w:pPr>
              <w:autoSpaceDE w:val="0"/>
              <w:autoSpaceDN w:val="0"/>
              <w:spacing w:before="78" w:after="0" w:line="254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Рассказывать,</w:t>
            </w:r>
            <w:r w:rsidR="00CE7BBE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используя карту,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="00CE7BBE"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CE7BBE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 природных условиях Древней Греции и основных занятиях ее </w:t>
            </w:r>
            <w:proofErr w:type="gramStart"/>
            <w:r w:rsidR="00CE7BBE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населения.;</w:t>
            </w:r>
            <w:proofErr w:type="gramEnd"/>
            <w:r w:rsidR="00CE7BBE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="00CE7BBE"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</w:t>
            </w:r>
            <w:r w:rsidR="00CE7BBE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какие находки археологов свидетельствуют о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существовании древних цивилизации на о. Крит; в Микенах.; </w:t>
            </w:r>
            <w:r w:rsidR="00CE7BBE"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Рассказывать,</w:t>
            </w:r>
            <w:r w:rsidR="00CE7BBE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 чем повествуют поэмы «Илиада» и «Одиссея»</w:t>
            </w:r>
            <w:r w:rsidR="00CE7BBE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.; Объяснять значение выражений «Ах</w:t>
            </w:r>
            <w:r w:rsidR="005F3F3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иллесова пята»;«Троянский конь»</w:t>
            </w:r>
            <w:r w:rsidR="00CE7BBE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="00CE7BBE"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«Древняя Греция: условия жизни и занятия </w:t>
            </w:r>
            <w:proofErr w:type="gram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жителей»(</w:t>
            </w:r>
            <w:proofErr w:type="gram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РЭШ)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/47/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«Крито-микенская цивилизация»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/7533/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/252661/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«Троянская война. Поэмы Гомера «Илиада» </w:t>
            </w:r>
            <w:proofErr w:type="gram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«</w:t>
            </w:r>
            <w:proofErr w:type="gram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Одиссея»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/7534/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/310515/</w:t>
            </w:r>
          </w:p>
        </w:tc>
      </w:tr>
      <w:tr w:rsidR="00FE4E71" w:rsidRPr="00A66DA5" w:rsidTr="007F2C62">
        <w:trPr>
          <w:trHeight w:hRule="exact" w:val="978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4E71" w:rsidRPr="00FE4E71" w:rsidRDefault="00FE4E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lastRenderedPageBreak/>
              <w:t>4.2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4E71" w:rsidRDefault="00FE4E71" w:rsidP="00FE4E71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Греческие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полисы</w:t>
            </w:r>
            <w:proofErr w:type="spellEnd"/>
          </w:p>
          <w:p w:rsidR="00FE4E71" w:rsidRPr="00F32B74" w:rsidRDefault="00FE4E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4E71" w:rsidRPr="00FE4E71" w:rsidRDefault="00FE4E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4E71" w:rsidRPr="00FE4E71" w:rsidRDefault="00FE4E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4E71" w:rsidRPr="00FE4E71" w:rsidRDefault="00FE4E71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4E71" w:rsidRPr="00F32B74" w:rsidRDefault="00FE4E71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4E71" w:rsidRDefault="00FE4E71">
            <w:pPr>
              <w:autoSpaceDE w:val="0"/>
              <w:autoSpaceDN w:val="0"/>
              <w:spacing w:before="78" w:after="0" w:line="254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Показывать на карте крупнейши</w:t>
            </w:r>
            <w:r w:rsidR="006D667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е греческие города-государства</w:t>
            </w:r>
          </w:p>
          <w:p w:rsidR="006D667C" w:rsidRPr="00F32B74" w:rsidRDefault="006D667C">
            <w:pPr>
              <w:autoSpaceDE w:val="0"/>
              <w:autoSpaceDN w:val="0"/>
              <w:spacing w:before="78" w:after="0" w:line="254" w:lineRule="auto"/>
              <w:ind w:left="72" w:right="43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значение понятий: полис;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аристократия; демос; тиран; акрополь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агора; фаланга; метрополия; колония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основные группы населения греческого полиса;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их положение; отношение к власти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составе и организации полисного </w:t>
            </w:r>
            <w:proofErr w:type="gram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войска.;</w:t>
            </w:r>
            <w:proofErr w:type="gram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Показывать на карте направления Великой греческой колонизации;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называть наиболее значительные колонии; в том числе в Северном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Причерноморье. Рассказывать; как осуществлялось управление греческими колониями; в чем заключались их связи</w:t>
            </w:r>
            <w:r w:rsidR="007F2C6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с метрополиями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Раскрывать значение понятий и терминов: ареопаг; архонт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народное собрание; реформа; остракизм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основные положения и значение законов Солона и реформ </w:t>
            </w:r>
            <w:proofErr w:type="spellStart"/>
            <w:proofErr w:type="gram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Клисфена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.;</w:t>
            </w:r>
            <w:proofErr w:type="gram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4E71" w:rsidRPr="00FE4E71" w:rsidRDefault="00FE4E7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Устный опрос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4E71" w:rsidRDefault="00FE4E71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Урок «Древняя Аттика. Зарождение и развитие демократии в Афинах» (РЭШ</w:t>
            </w:r>
            <w:r w:rsidR="007F2C6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)</w:t>
            </w:r>
          </w:p>
          <w:p w:rsidR="007F2C62" w:rsidRPr="00F32B74" w:rsidRDefault="007F2C62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/7536/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/310577/ Урок «Древняя Спарта»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/7537/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/252940/ Урок «Греческие колонии»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/7538/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/288851/ Урок «Греко-персидские войны»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/7539/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/252537/</w:t>
            </w:r>
          </w:p>
        </w:tc>
      </w:tr>
    </w:tbl>
    <w:p w:rsidR="00440EE8" w:rsidRPr="00F32B74" w:rsidRDefault="00440EE8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440EE8" w:rsidRPr="00F32B74" w:rsidRDefault="00440EE8">
      <w:pPr>
        <w:rPr>
          <w:rFonts w:ascii="Times New Roman" w:hAnsi="Times New Roman" w:cs="Times New Roman"/>
          <w:sz w:val="24"/>
          <w:szCs w:val="24"/>
          <w:lang w:val="ru-RU"/>
        </w:rPr>
        <w:sectPr w:rsidR="00440EE8" w:rsidRPr="00F32B74">
          <w:pgSz w:w="16840" w:h="11900"/>
          <w:pgMar w:top="284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E4E71" w:rsidRDefault="00FE4E71">
      <w:pPr>
        <w:autoSpaceDE w:val="0"/>
        <w:autoSpaceDN w:val="0"/>
        <w:spacing w:after="0" w:line="22" w:lineRule="exact"/>
        <w:rPr>
          <w:lang w:val="ru-RU"/>
        </w:rPr>
      </w:pPr>
    </w:p>
    <w:p w:rsidR="00FE4E71" w:rsidRDefault="00FE4E71" w:rsidP="00FE4E71">
      <w:pPr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378"/>
        <w:gridCol w:w="528"/>
        <w:gridCol w:w="373"/>
        <w:gridCol w:w="425"/>
        <w:gridCol w:w="567"/>
        <w:gridCol w:w="5815"/>
        <w:gridCol w:w="828"/>
        <w:gridCol w:w="4192"/>
      </w:tblGrid>
      <w:tr w:rsidR="00440EE8" w:rsidRPr="006D667C" w:rsidTr="007F2C62">
        <w:trPr>
          <w:trHeight w:hRule="exact" w:val="165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FE4E7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lastRenderedPageBreak/>
              <w:tab/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F2C62" w:rsidRDefault="00CE7BBE" w:rsidP="007F2C62">
            <w:pPr>
              <w:autoSpaceDE w:val="0"/>
              <w:autoSpaceDN w:val="0"/>
              <w:spacing w:before="520" w:after="0" w:line="25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почему политическое устройство Древних Афин </w:t>
            </w:r>
            <w:r w:rsidR="00FE4E71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называется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демократией.;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об основных группах населения Спарты; о том;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кто управлял государством.;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 значение понятий и терминов: олигархия; илоты;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гоплиты.;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почему спартанское войско считалось самым сильным в Греции.;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Составить сообщение о спартанском воспитании; </w:t>
            </w:r>
            <w:r w:rsidR="00FE4E71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военачальников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высказать суждение о его достоинствах и недостатках.; Сравнивать устройство Афинского и Спартанского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государств;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определять основные различия.;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причинах и непосредственном поводе для начала войн Персии против Греции.;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7F2C6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Рассказывать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="007F2C62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используя картосхемы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 участниках; </w:t>
            </w:r>
            <w:r w:rsidR="007F2C62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ходе и итогах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крупных сражений греко-персидских войн (Марафонская битва;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оборона греками Фермопил;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сражение в Саламинском проливе).;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Систематизировать информацию о греко-перс</w:t>
            </w:r>
            <w:r w:rsidR="007F2C6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идских войнах в форме таблицы.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Характе</w:t>
            </w:r>
            <w:r w:rsidR="007F2C6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ризовать роль конкретных людей</w:t>
            </w:r>
          </w:p>
          <w:p w:rsidR="007F2C62" w:rsidRDefault="007F2C62" w:rsidP="007F2C62">
            <w:pPr>
              <w:autoSpaceDE w:val="0"/>
              <w:autoSpaceDN w:val="0"/>
              <w:spacing w:before="520" w:after="0" w:line="25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</w:p>
          <w:p w:rsidR="007F2C62" w:rsidRDefault="007F2C62" w:rsidP="007F2C62">
            <w:pPr>
              <w:autoSpaceDE w:val="0"/>
              <w:autoSpaceDN w:val="0"/>
              <w:spacing w:before="520" w:after="0" w:line="25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</w:p>
          <w:p w:rsidR="007F2C62" w:rsidRDefault="007F2C62" w:rsidP="007F2C62">
            <w:pPr>
              <w:autoSpaceDE w:val="0"/>
              <w:autoSpaceDN w:val="0"/>
              <w:spacing w:before="520" w:after="0" w:line="25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</w:p>
          <w:p w:rsidR="007F2C62" w:rsidRDefault="007F2C62" w:rsidP="007F2C62">
            <w:pPr>
              <w:autoSpaceDE w:val="0"/>
              <w:autoSpaceDN w:val="0"/>
              <w:spacing w:before="520" w:after="0" w:line="25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</w:p>
          <w:p w:rsidR="007F2C62" w:rsidRPr="007F2C62" w:rsidRDefault="007F2C62" w:rsidP="007F2C62">
            <w:pPr>
              <w:autoSpaceDE w:val="0"/>
              <w:autoSpaceDN w:val="0"/>
              <w:spacing w:before="520" w:after="0" w:line="257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autoSpaceDE w:val="0"/>
              <w:autoSpaceDN w:val="0"/>
              <w:spacing w:before="520" w:after="0" w:line="254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40EE8" w:rsidRPr="00F32B74" w:rsidRDefault="00440EE8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FE4E71" w:rsidRDefault="00FE4E71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344"/>
        <w:tblW w:w="0" w:type="auto"/>
        <w:tblLayout w:type="fixed"/>
        <w:tblLook w:val="04A0" w:firstRow="1" w:lastRow="0" w:firstColumn="1" w:lastColumn="0" w:noHBand="0" w:noVBand="1"/>
      </w:tblPr>
      <w:tblGrid>
        <w:gridCol w:w="396"/>
        <w:gridCol w:w="2378"/>
        <w:gridCol w:w="528"/>
        <w:gridCol w:w="662"/>
        <w:gridCol w:w="709"/>
        <w:gridCol w:w="851"/>
        <w:gridCol w:w="5103"/>
        <w:gridCol w:w="708"/>
        <w:gridCol w:w="4167"/>
      </w:tblGrid>
      <w:tr w:rsidR="007F2C62" w:rsidRPr="00A66DA5" w:rsidTr="007F2C62">
        <w:trPr>
          <w:trHeight w:hRule="exact" w:val="977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F2C62" w:rsidRPr="00F32B74" w:rsidRDefault="007F2C62" w:rsidP="007F2C6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4.3.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F2C62" w:rsidRPr="00F32B74" w:rsidRDefault="007F2C62" w:rsidP="007F2C6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Культура Древней Греции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F2C62" w:rsidRPr="00F32B74" w:rsidRDefault="007F2C62" w:rsidP="007F2C6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F2C62" w:rsidRPr="00F32B74" w:rsidRDefault="007F2C62" w:rsidP="007F2C6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F2C62" w:rsidRPr="00F32B74" w:rsidRDefault="007F2C62" w:rsidP="007F2C6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F2C62" w:rsidRPr="00F32B74" w:rsidRDefault="007F2C62" w:rsidP="007F2C6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F2C62" w:rsidRPr="00F32B74" w:rsidRDefault="007F2C62" w:rsidP="007F2C62">
            <w:pPr>
              <w:autoSpaceDE w:val="0"/>
              <w:autoSpaceDN w:val="0"/>
              <w:spacing w:before="78" w:after="0" w:line="257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Называть главных богов;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которым поклонялись древние греки;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распознавать их скульптурные </w:t>
            </w:r>
            <w:proofErr w:type="gram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изображения.;</w:t>
            </w:r>
            <w:proofErr w:type="gram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кто такие тит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аны и герои. Рассказывать о том,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чему учили детей в школах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Древней Греции.;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 значение понятий и терминов: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гимнасий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; Академия;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Ликей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; философия; логика; этика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Называть древнегреческих ученых;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известных своими трудами по философии; истории; другим отраслям наук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Представлять описание внешнего вида и планировки древнегреческого храма (в виде устного высказывания; презентации).;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Раскрывать значение понятий и терминов: ордер; фронтон; капитель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кариатида;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распознавать архитектурные элементы зданий на изображениях 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фотографиях.;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Рассказывать о древнегреческом театре; организации представлений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об истоках и правилах проведения общегреческих игр в Олимпии. 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что греки ценили в спортивных состязаниях; в чем выражалось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их отношение к играм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F2C62" w:rsidRPr="00F32B74" w:rsidRDefault="007F2C62" w:rsidP="007F2C6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стный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F2C62" w:rsidRPr="00F32B74" w:rsidRDefault="007F2C62" w:rsidP="007F2C62">
            <w:pPr>
              <w:autoSpaceDE w:val="0"/>
              <w:autoSpaceDN w:val="0"/>
              <w:spacing w:before="78" w:after="0" w:line="250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«Религия древних греков»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/7535/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/310546/ Урок «Культура Древней Греции»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/7540/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/252909/</w:t>
            </w:r>
          </w:p>
        </w:tc>
      </w:tr>
    </w:tbl>
    <w:p w:rsidR="00440EE8" w:rsidRPr="00F32B74" w:rsidRDefault="00440EE8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440EE8" w:rsidRPr="00F32B74" w:rsidRDefault="00440EE8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440EE8" w:rsidRPr="00F32B74" w:rsidRDefault="00440EE8">
      <w:pPr>
        <w:rPr>
          <w:rFonts w:ascii="Times New Roman" w:hAnsi="Times New Roman" w:cs="Times New Roman"/>
          <w:sz w:val="24"/>
          <w:szCs w:val="24"/>
          <w:lang w:val="ru-RU"/>
        </w:rPr>
        <w:sectPr w:rsidR="00440EE8" w:rsidRPr="00F32B7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40EE8" w:rsidRPr="00F32B74" w:rsidRDefault="00440EE8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378"/>
        <w:gridCol w:w="528"/>
        <w:gridCol w:w="1104"/>
        <w:gridCol w:w="1142"/>
        <w:gridCol w:w="864"/>
        <w:gridCol w:w="4070"/>
        <w:gridCol w:w="828"/>
        <w:gridCol w:w="4192"/>
      </w:tblGrid>
      <w:tr w:rsidR="00440EE8" w:rsidRPr="00A66DA5" w:rsidTr="005F3F3A">
        <w:trPr>
          <w:trHeight w:hRule="exact" w:val="87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4.4.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Македонские завоевания. Эллинизм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57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что способствовало усилению Македонии в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IV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в. до н. э.; какую роль сыграл в этом царь Филипп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II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 была установлена власть македонского царя над греческими полисами.;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Систематизировать в виде таблицы информацию о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завоевательных походах Александра Македонского.; 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 чем состояли причины военных побед Александра Македонского.;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Представлять характеристику («исторический портрет») Александра Македонского.;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 смысл понятия «эллинизм».;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Показывать на карте государства;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образовавшиеся в результате распада державы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Александра Македонского.;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чем славилась Александрия Египетская;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почему она считалась культурным центром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7F2C6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эллинистического мира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7F2C6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52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«Македонские завоевания. Держава Александра Македонского»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/7541/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/252878/ Урок «Эллинистические государства Востока» (РЭШ)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/7542/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/252847/</w:t>
            </w:r>
          </w:p>
        </w:tc>
      </w:tr>
      <w:tr w:rsidR="00440EE8" w:rsidRPr="00F32B74">
        <w:trPr>
          <w:trHeight w:hRule="exact" w:val="348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20</w:t>
            </w:r>
          </w:p>
        </w:tc>
        <w:tc>
          <w:tcPr>
            <w:tcW w:w="12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EE8" w:rsidRPr="00F32B74">
        <w:trPr>
          <w:trHeight w:hRule="exact" w:val="33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 5. Древний Рим</w:t>
            </w:r>
          </w:p>
        </w:tc>
      </w:tr>
    </w:tbl>
    <w:p w:rsidR="00440EE8" w:rsidRPr="00F32B74" w:rsidRDefault="00440EE8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440EE8" w:rsidRPr="00F32B74" w:rsidRDefault="00440EE8">
      <w:pPr>
        <w:rPr>
          <w:rFonts w:ascii="Times New Roman" w:hAnsi="Times New Roman" w:cs="Times New Roman"/>
          <w:sz w:val="24"/>
          <w:szCs w:val="24"/>
        </w:rPr>
        <w:sectPr w:rsidR="00440EE8" w:rsidRPr="00F32B7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40EE8" w:rsidRPr="00F32B74" w:rsidRDefault="00440EE8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378"/>
        <w:gridCol w:w="528"/>
        <w:gridCol w:w="1104"/>
        <w:gridCol w:w="1142"/>
        <w:gridCol w:w="864"/>
        <w:gridCol w:w="4070"/>
        <w:gridCol w:w="828"/>
        <w:gridCol w:w="4192"/>
      </w:tblGrid>
      <w:tr w:rsidR="00440EE8" w:rsidRPr="00A66DA5">
        <w:trPr>
          <w:trHeight w:hRule="exact" w:val="726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5.1.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Возникновение Римского государства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 w:rsidP="00C90D13">
            <w:pPr>
              <w:autoSpaceDE w:val="0"/>
              <w:autoSpaceDN w:val="0"/>
              <w:spacing w:before="78" w:after="0" w:line="25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используя историческую карту;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 природных условиях Апеннинского полуострова и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племенах;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населявших его в древности.;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Сопоставлять информацию о происхождении Рима;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содержащуюся в легенде и полученную в ходе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исследований историков.;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 значение понятий и терминов: патриций; плебей;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республика;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консул; Сенат;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народный трибун;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вето легион;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понтифик;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авгур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 было организовано управление Римской республикой (какими полномочиями обладали консулы;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народные трибуны;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Сенат;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народное собрание).;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об организации и вооружении римской армии;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привлекая иллюстрации учебника.;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Называть главных богов древних римлян;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устанавливать соответствие римских и греческих богов.; Показывать на исторической карте;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 какими противниками воевали римляне в борьбе за власть над Италией.;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 происхождение и смысл выражений «Гуси Рим спасли»;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«Пиррова победа»;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«Разделяй и властвуй!»;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«Древнейший Рим. Завоевание Римом Италии» (РЭШ)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/7543/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/296170/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«Устройство Римской республики»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/7544/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/252816/</w:t>
            </w:r>
          </w:p>
        </w:tc>
      </w:tr>
      <w:tr w:rsidR="00440EE8" w:rsidRPr="00A66DA5" w:rsidTr="007F2C62">
        <w:trPr>
          <w:trHeight w:hRule="exact" w:val="32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5.2.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righ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Римские завоевания в Средиземноморье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 w:rsidP="007F2C62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Представлять общую характеристику Пунических войн (причины;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хронологический период;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участники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наиболее значительные походы и сражения;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итоги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благодаря чему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вошел в историю </w:t>
            </w:r>
            <w:proofErr w:type="gram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Ганнибал.;</w:t>
            </w:r>
            <w:proofErr w:type="gram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Показывать на исторической карте территории римских провинций;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7F2C6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объяснять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="007F2C62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какие современные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географические названия берут начало от названий римских провинций;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C90D13" w:rsidRDefault="00CE7BB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D1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</w:t>
            </w:r>
            <w:r w:rsidR="00C90D1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стный опрос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«Пунические войны. Установление господства Рима во всём Средиземноморье»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/7545/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/310608/</w:t>
            </w:r>
          </w:p>
        </w:tc>
      </w:tr>
    </w:tbl>
    <w:p w:rsidR="00440EE8" w:rsidRPr="00F32B74" w:rsidRDefault="00440EE8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440EE8" w:rsidRPr="00F32B74" w:rsidRDefault="00440EE8">
      <w:pPr>
        <w:rPr>
          <w:rFonts w:ascii="Times New Roman" w:hAnsi="Times New Roman" w:cs="Times New Roman"/>
          <w:sz w:val="24"/>
          <w:szCs w:val="24"/>
          <w:lang w:val="ru-RU"/>
        </w:rPr>
        <w:sectPr w:rsidR="00440EE8" w:rsidRPr="00F32B74">
          <w:pgSz w:w="16840" w:h="11900"/>
          <w:pgMar w:top="284" w:right="640" w:bottom="60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40EE8" w:rsidRPr="00F32B74" w:rsidRDefault="00440EE8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378"/>
        <w:gridCol w:w="528"/>
        <w:gridCol w:w="1104"/>
        <w:gridCol w:w="1142"/>
        <w:gridCol w:w="864"/>
        <w:gridCol w:w="4070"/>
        <w:gridCol w:w="828"/>
        <w:gridCol w:w="4192"/>
      </w:tblGrid>
      <w:tr w:rsidR="00440EE8" w:rsidRPr="00A66DA5" w:rsidTr="007F2C62">
        <w:trPr>
          <w:trHeight w:hRule="exact" w:val="979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5.3.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 w:rsidP="00C90D13">
            <w:pPr>
              <w:autoSpaceDE w:val="0"/>
              <w:autoSpaceDN w:val="0"/>
              <w:spacing w:before="78" w:after="0" w:line="25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почему причиной острых столкновений в Риме во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II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в. до н. э. стал вопрос о переделе «общественной земли».; Раскрывать значение понятий и терминов: «общественная земля»;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гражданская война;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диктатор;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проскрипции;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триумвират;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вольноотпущенник;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гладиатор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Характеризовать цели;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содержание и итоги реформ братьев Гракхов.;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Анализировать отрывки из текстов историков (извлекать информацию;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высказывать оценочные суждения).;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чем были вызваны гражданские войны в Риме;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какие силы противостояли друг другу.;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положении рабов в Древнем Риме.;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восстании под руководством Спартака (причины;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участники;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основные периоды восстания;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итоги).;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Представлять характеристику Гая Юлия Цезаря;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благодаря чему он вошел в историю.;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при каких обстоятельствах появились и что означали выражения «Жребий брошен!»;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«Перейти Рубикон».;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Называть главных участников борьбы за власть после смерти Цезаря и ее итоги;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C90D13" w:rsidRDefault="00CE7BB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D1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«Рабство в Древнем Риме. Восстание </w:t>
            </w:r>
            <w:proofErr w:type="gram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Спартака»(</w:t>
            </w:r>
            <w:proofErr w:type="gram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РЭШ)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/7546/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/310639/ Урок «Земельный закон братьев Гракхов»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/7547/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/310670/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«Единовластие Цезаря. Установление империи в Риме»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/7548/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/296232/</w:t>
            </w:r>
          </w:p>
        </w:tc>
      </w:tr>
    </w:tbl>
    <w:p w:rsidR="00440EE8" w:rsidRPr="00F32B74" w:rsidRDefault="00440EE8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440EE8" w:rsidRPr="00F32B74" w:rsidRDefault="00440EE8">
      <w:pPr>
        <w:rPr>
          <w:rFonts w:ascii="Times New Roman" w:hAnsi="Times New Roman" w:cs="Times New Roman"/>
          <w:sz w:val="24"/>
          <w:szCs w:val="24"/>
          <w:lang w:val="ru-RU"/>
        </w:rPr>
        <w:sectPr w:rsidR="00440EE8" w:rsidRPr="00F32B7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40EE8" w:rsidRPr="00F32B74" w:rsidRDefault="00440EE8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378"/>
        <w:gridCol w:w="528"/>
        <w:gridCol w:w="1104"/>
        <w:gridCol w:w="1142"/>
        <w:gridCol w:w="864"/>
        <w:gridCol w:w="4070"/>
        <w:gridCol w:w="828"/>
        <w:gridCol w:w="4192"/>
      </w:tblGrid>
      <w:tr w:rsidR="00440EE8" w:rsidRPr="00A66DA5" w:rsidTr="00C90D13">
        <w:trPr>
          <w:trHeight w:hRule="exact" w:val="991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5.4.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Расцвет и падение Римской империи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 w:rsidP="00C90D13">
            <w:pPr>
              <w:autoSpaceDE w:val="0"/>
              <w:autoSpaceDN w:val="0"/>
              <w:spacing w:before="78" w:after="0" w:line="257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об установлении единоличной власти </w:t>
            </w:r>
            <w:proofErr w:type="spellStart"/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Октавиана</w:t>
            </w:r>
            <w:proofErr w:type="spellEnd"/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Августа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Представлять характеристики римских императоров; их правления (Нерон;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Траян;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Диоклетиан – по выбору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Показывать на исторической карте территорию Римской империи;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 было организовано управление провинциями.;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используя иллюстрации учебника;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 повседневной жизни в столице и провинциях Римской империи.;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Сравнивать положение римского раба и колона;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чем различались условия их жизни и труда.;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 значение понятий и терминов: форум;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Пантеон; Колизей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акведук;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амфитеатр</w:t>
            </w:r>
            <w:r w:rsidR="00C90D1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,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термы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возникновении и распространении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христианства;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чем отличалась новая религия от верований римлян.; Характеризовать политику римских императоров в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отношении христиан;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 и при каких обстоятельствах она была изменена.; Объяснять значение понятий и терминов: Библия;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Евангелие;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апостол;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церковь;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патриарх;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епископ. Рассказывать о разделении Римской империи на Западную и </w:t>
            </w:r>
            <w:proofErr w:type="gram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Восточную.;</w:t>
            </w:r>
            <w:proofErr w:type="gram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Систематизировать в форме таблицы информацию о нападениях варваров на Рим.;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Участвовать в обсуждении вопроса «Почему пала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Западная Римская империя?»;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54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«Римская империя: территория, управление» (РЭШ)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/600/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«В Риме при императорах Нероне и Траяне» (РЭШ)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/7549/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/310701/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«Первые христиане и их учение»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/7550/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/311469/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«Римская империя при Константине. Взятие Рима варварами»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/7552/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/311500/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«Разделение Римской империи на Западную и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Восточную части»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/602/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«Падение Западной Римской империи» (РЭШ) 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/604/</w:t>
            </w:r>
          </w:p>
        </w:tc>
      </w:tr>
    </w:tbl>
    <w:p w:rsidR="00440EE8" w:rsidRPr="00F32B74" w:rsidRDefault="00440EE8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440EE8" w:rsidRPr="00F32B74" w:rsidRDefault="00440EE8">
      <w:pPr>
        <w:rPr>
          <w:rFonts w:ascii="Times New Roman" w:hAnsi="Times New Roman" w:cs="Times New Roman"/>
          <w:sz w:val="24"/>
          <w:szCs w:val="24"/>
          <w:lang w:val="ru-RU"/>
        </w:rPr>
        <w:sectPr w:rsidR="00440EE8" w:rsidRPr="00F32B74">
          <w:pgSz w:w="16840" w:h="11900"/>
          <w:pgMar w:top="284" w:right="640" w:bottom="137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40EE8" w:rsidRPr="00F32B74" w:rsidRDefault="00440EE8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378"/>
        <w:gridCol w:w="528"/>
        <w:gridCol w:w="1104"/>
        <w:gridCol w:w="1142"/>
        <w:gridCol w:w="864"/>
        <w:gridCol w:w="4070"/>
        <w:gridCol w:w="828"/>
        <w:gridCol w:w="4192"/>
      </w:tblGrid>
      <w:tr w:rsidR="00440EE8" w:rsidRPr="00A66DA5" w:rsidTr="00C90D13">
        <w:trPr>
          <w:trHeight w:hRule="exact" w:val="609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5.5.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Культура Древнего Рима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 w:rsidP="00B9688B">
            <w:pPr>
              <w:autoSpaceDE w:val="0"/>
              <w:autoSpaceDN w:val="0"/>
              <w:spacing w:before="78"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 w:rsidP="00C90D13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Раскрывать смысл понятия «золотой век римской поэзии»; называть имена поэтов золотого </w:t>
            </w:r>
            <w:proofErr w:type="gram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века.;</w:t>
            </w:r>
            <w:proofErr w:type="gram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Рассказывать о развитии научных знаний в Древнем Риме (философия;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география;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история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какое значение и почему придавалось в Древнем Риме ораторскому искусству.;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Составлять описание известных архитектурных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сооружений Древнего Рима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(по выбору).;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Сравнивать внешний вид древнегреческих и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древнеримских храмов. Определять общие черты и </w:t>
            </w:r>
            <w:r w:rsidR="00C90D13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различия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Изучать иллюстрации учебника;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объяснять;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о чем рассказывают </w:t>
            </w:r>
            <w:r w:rsidR="005F3F3A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римские скульптурные портреты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C90D13" w:rsidRDefault="00CE7BB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D1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Устный опрос;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 w:righ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Урок «Культура Древнего Рима» (РЭШ)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resh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edu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subject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lesson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/7551/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start</w:t>
            </w: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/325120/</w:t>
            </w:r>
          </w:p>
        </w:tc>
      </w:tr>
      <w:tr w:rsidR="00440EE8" w:rsidRPr="00C90D13">
        <w:trPr>
          <w:trHeight w:hRule="exact" w:val="348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C90D13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D1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C90D13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0D1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20</w:t>
            </w:r>
          </w:p>
        </w:tc>
        <w:tc>
          <w:tcPr>
            <w:tcW w:w="12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C90D13" w:rsidRDefault="00440E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40EE8" w:rsidRPr="00F32B7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6. </w:t>
            </w: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Обобщение</w:t>
            </w:r>
          </w:p>
        </w:tc>
      </w:tr>
      <w:tr w:rsidR="00440EE8" w:rsidRPr="00F32B74" w:rsidTr="005F3F3A">
        <w:trPr>
          <w:trHeight w:hRule="exact" w:val="157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6.1.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Историческое и культурное наследие цивилизаций 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Древнего мира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 w:rsidP="00B9688B">
            <w:pPr>
              <w:autoSpaceDE w:val="0"/>
              <w:autoSpaceDN w:val="0"/>
              <w:spacing w:before="78" w:after="0" w:line="23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 w:rsidP="005F3F3A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 xml:space="preserve">Систематизировать знания об историческом развитии человечества от первобытности до античных </w:t>
            </w:r>
            <w:r w:rsidR="005F3F3A"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цивилизаций</w:t>
            </w:r>
            <w:r w:rsidRPr="00F32B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Устный опрос;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https://resh.edu.ru/</w:t>
            </w:r>
          </w:p>
        </w:tc>
      </w:tr>
      <w:tr w:rsidR="00440EE8" w:rsidRPr="00F32B74">
        <w:trPr>
          <w:trHeight w:hRule="exact" w:val="35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Итого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2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EE8" w:rsidRPr="00F32B74" w:rsidTr="005F3F3A">
        <w:trPr>
          <w:trHeight w:hRule="exact" w:val="999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CE7BBE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F32B74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9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0EE8" w:rsidRPr="00F32B74" w:rsidRDefault="00440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0EE8" w:rsidRPr="00F32B74" w:rsidRDefault="00440EE8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440EE8" w:rsidRPr="00F32B74" w:rsidRDefault="00440EE8">
      <w:pPr>
        <w:rPr>
          <w:rFonts w:ascii="Times New Roman" w:hAnsi="Times New Roman" w:cs="Times New Roman"/>
          <w:sz w:val="24"/>
          <w:szCs w:val="24"/>
        </w:rPr>
        <w:sectPr w:rsidR="00440EE8" w:rsidRPr="00F32B7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40EE8" w:rsidRDefault="00440EE8">
      <w:pPr>
        <w:autoSpaceDE w:val="0"/>
        <w:autoSpaceDN w:val="0"/>
        <w:spacing w:after="78" w:line="220" w:lineRule="exact"/>
      </w:pPr>
    </w:p>
    <w:p w:rsidR="00440EE8" w:rsidRDefault="00CE7BBE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24"/>
        <w:gridCol w:w="2694"/>
        <w:gridCol w:w="567"/>
        <w:gridCol w:w="708"/>
        <w:gridCol w:w="850"/>
        <w:gridCol w:w="1419"/>
        <w:gridCol w:w="1275"/>
        <w:gridCol w:w="1419"/>
        <w:gridCol w:w="1218"/>
      </w:tblGrid>
      <w:tr w:rsidR="0044467F" w:rsidTr="00D20700">
        <w:trPr>
          <w:trHeight w:hRule="exact" w:val="492"/>
        </w:trPr>
        <w:tc>
          <w:tcPr>
            <w:tcW w:w="2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Default="00B772D9" w:rsidP="005922D8">
            <w:pPr>
              <w:autoSpaceDE w:val="0"/>
              <w:autoSpaceDN w:val="0"/>
              <w:spacing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127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Default="00B772D9" w:rsidP="008F7BA8">
            <w:pPr>
              <w:autoSpaceDE w:val="0"/>
              <w:autoSpaceDN w:val="0"/>
              <w:spacing w:after="0" w:line="230" w:lineRule="auto"/>
              <w:ind w:left="72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100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Default="00B772D9" w:rsidP="005922D8">
            <w:pPr>
              <w:autoSpaceDE w:val="0"/>
              <w:autoSpaceDN w:val="0"/>
              <w:spacing w:after="0" w:line="230" w:lineRule="auto"/>
              <w:ind w:left="74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67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Default="00B772D9" w:rsidP="008F7BA8">
            <w:pPr>
              <w:autoSpaceDE w:val="0"/>
              <w:autoSpaceDN w:val="0"/>
              <w:spacing w:after="0" w:line="262" w:lineRule="auto"/>
              <w:ind w:left="72" w:right="144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72D9" w:rsidRDefault="00B772D9" w:rsidP="005922D8">
            <w:pPr>
              <w:autoSpaceDE w:val="0"/>
              <w:autoSpaceDN w:val="0"/>
              <w:spacing w:after="0" w:line="271" w:lineRule="auto"/>
              <w:ind w:left="72" w:right="43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24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Default="00B772D9" w:rsidP="005922D8">
            <w:pPr>
              <w:autoSpaceDE w:val="0"/>
              <w:autoSpaceDN w:val="0"/>
              <w:spacing w:after="0" w:line="271" w:lineRule="auto"/>
              <w:ind w:left="72" w:right="432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</w:tr>
      <w:tr w:rsidR="00B772D9" w:rsidTr="00D20700">
        <w:trPr>
          <w:trHeight w:hRule="exact" w:val="464"/>
        </w:trPr>
        <w:tc>
          <w:tcPr>
            <w:tcW w:w="20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72D9" w:rsidRDefault="00B772D9" w:rsidP="005922D8"/>
        </w:tc>
        <w:tc>
          <w:tcPr>
            <w:tcW w:w="1274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72D9" w:rsidRDefault="00B772D9" w:rsidP="005922D8"/>
        </w:tc>
        <w:tc>
          <w:tcPr>
            <w:tcW w:w="26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Pr="00B772D9" w:rsidRDefault="00B772D9" w:rsidP="005922D8">
            <w:pPr>
              <w:autoSpaceDE w:val="0"/>
              <w:autoSpaceDN w:val="0"/>
              <w:spacing w:after="0" w:line="230" w:lineRule="auto"/>
              <w:ind w:left="74"/>
            </w:pPr>
            <w:proofErr w:type="spellStart"/>
            <w:r w:rsidRPr="00B772D9">
              <w:rPr>
                <w:rFonts w:ascii="Times New Roman" w:eastAsia="Times New Roman" w:hAnsi="Times New Roman"/>
                <w:color w:val="000000"/>
                <w:sz w:val="24"/>
              </w:rPr>
              <w:t>всего</w:t>
            </w:r>
            <w:proofErr w:type="spellEnd"/>
            <w:r w:rsidRPr="00B772D9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Pr="00B772D9" w:rsidRDefault="00B772D9" w:rsidP="005922D8">
            <w:pPr>
              <w:autoSpaceDE w:val="0"/>
              <w:autoSpaceDN w:val="0"/>
              <w:spacing w:after="0" w:line="262" w:lineRule="auto"/>
              <w:ind w:left="72"/>
            </w:pPr>
            <w:proofErr w:type="spellStart"/>
            <w:r w:rsidRPr="00B772D9">
              <w:rPr>
                <w:rFonts w:ascii="Times New Roman" w:eastAsia="Times New Roman" w:hAnsi="Times New Roman"/>
                <w:color w:val="000000"/>
                <w:sz w:val="24"/>
              </w:rPr>
              <w:t>контрольные</w:t>
            </w:r>
            <w:proofErr w:type="spellEnd"/>
            <w:r w:rsidRPr="00B772D9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772D9">
              <w:rPr>
                <w:rFonts w:ascii="Times New Roman" w:eastAsia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40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Pr="00B772D9" w:rsidRDefault="00B772D9" w:rsidP="005922D8">
            <w:pPr>
              <w:autoSpaceDE w:val="0"/>
              <w:autoSpaceDN w:val="0"/>
              <w:spacing w:after="0" w:line="262" w:lineRule="auto"/>
              <w:ind w:left="72"/>
            </w:pPr>
            <w:proofErr w:type="spellStart"/>
            <w:r w:rsidRPr="00B772D9">
              <w:rPr>
                <w:rFonts w:ascii="Times New Roman" w:eastAsia="Times New Roman" w:hAnsi="Times New Roman"/>
                <w:color w:val="000000"/>
                <w:sz w:val="24"/>
              </w:rPr>
              <w:t>практические</w:t>
            </w:r>
            <w:proofErr w:type="spellEnd"/>
            <w:r w:rsidRPr="00B772D9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772D9">
              <w:rPr>
                <w:rFonts w:ascii="Times New Roman" w:eastAsia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67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72D9" w:rsidRDefault="00B772D9" w:rsidP="005922D8"/>
        </w:tc>
        <w:tc>
          <w:tcPr>
            <w:tcW w:w="603" w:type="pct"/>
            <w:tcBorders>
              <w:left w:val="single" w:sz="4" w:space="0" w:color="000000"/>
              <w:right w:val="single" w:sz="4" w:space="0" w:color="000000"/>
            </w:tcBorders>
          </w:tcPr>
          <w:p w:rsidR="00B772D9" w:rsidRPr="00D20700" w:rsidRDefault="002137C2" w:rsidP="008F7B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D2070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</w:t>
            </w:r>
            <w:proofErr w:type="gramEnd"/>
            <w:r w:rsidRPr="00D2070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/з</w:t>
            </w:r>
          </w:p>
        </w:tc>
        <w:tc>
          <w:tcPr>
            <w:tcW w:w="1247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2D9" w:rsidRDefault="00B772D9" w:rsidP="005922D8"/>
        </w:tc>
      </w:tr>
      <w:tr w:rsidR="00B772D9" w:rsidTr="00D20700">
        <w:trPr>
          <w:trHeight w:hRule="exact" w:val="995"/>
        </w:trPr>
        <w:tc>
          <w:tcPr>
            <w:tcW w:w="2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Default="00B772D9" w:rsidP="005922D8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Pr="00276E50" w:rsidRDefault="00B772D9" w:rsidP="005922D8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6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Default="00B772D9" w:rsidP="005922D8">
            <w:pPr>
              <w:autoSpaceDE w:val="0"/>
              <w:autoSpaceDN w:val="0"/>
              <w:spacing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3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Default="00B772D9" w:rsidP="005922D8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40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Default="00B772D9" w:rsidP="005922D8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67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Default="00B772D9" w:rsidP="005922D8">
            <w:pPr>
              <w:autoSpaceDE w:val="0"/>
              <w:autoSpaceDN w:val="0"/>
              <w:spacing w:after="0" w:line="262" w:lineRule="auto"/>
              <w:ind w:left="72" w:right="720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60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2D9" w:rsidRDefault="00B772D9" w:rsidP="005922D8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Pr="00B772D9" w:rsidRDefault="00B772D9" w:rsidP="005922D8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план</w:t>
            </w:r>
            <w:proofErr w:type="gramEnd"/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2D9" w:rsidRPr="00B772D9" w:rsidRDefault="00B772D9" w:rsidP="005922D8">
            <w:pPr>
              <w:autoSpaceDE w:val="0"/>
              <w:autoSpaceDN w:val="0"/>
              <w:spacing w:after="0" w:line="230" w:lineRule="auto"/>
              <w:jc w:val="center"/>
              <w:rPr>
                <w:lang w:val="ru-RU"/>
              </w:rPr>
            </w:pPr>
            <w:proofErr w:type="gramStart"/>
            <w:r>
              <w:rPr>
                <w:lang w:val="ru-RU"/>
              </w:rPr>
              <w:t>факт</w:t>
            </w:r>
            <w:proofErr w:type="gramEnd"/>
          </w:p>
        </w:tc>
      </w:tr>
      <w:tr w:rsidR="0019680A" w:rsidTr="00992199">
        <w:trPr>
          <w:trHeight w:hRule="exact" w:val="570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5922D8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5922D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968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1.</w:t>
            </w:r>
          </w:p>
          <w:p w:rsidR="0019680A" w:rsidRPr="0019680A" w:rsidRDefault="0019680A" w:rsidP="005922D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968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Введение.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Pr="0019680A" w:rsidRDefault="0019680A" w:rsidP="005922D8">
            <w:pPr>
              <w:autoSpaceDE w:val="0"/>
              <w:autoSpaceDN w:val="0"/>
              <w:spacing w:after="0" w:line="230" w:lineRule="auto"/>
              <w:ind w:left="74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 w:rsidRPr="0019680A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5922D8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5922D8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D20700">
            <w:pPr>
              <w:autoSpaceDE w:val="0"/>
              <w:autoSpaceDN w:val="0"/>
              <w:spacing w:after="0" w:line="262" w:lineRule="auto"/>
              <w:ind w:left="72" w:right="72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0A" w:rsidRPr="00090922" w:rsidRDefault="0019680A" w:rsidP="005922D8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5922D8">
            <w:pPr>
              <w:autoSpaceDE w:val="0"/>
              <w:autoSpaceDN w:val="0"/>
              <w:spacing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0A" w:rsidRDefault="0019680A" w:rsidP="005922D8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B772D9" w:rsidTr="00D20700">
        <w:trPr>
          <w:trHeight w:hRule="exact" w:val="854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Default="00B772D9" w:rsidP="005922D8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Pr="005922D8" w:rsidRDefault="00B772D9" w:rsidP="005922D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22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изучает история.</w:t>
            </w:r>
          </w:p>
          <w:p w:rsidR="00B772D9" w:rsidRPr="005922D8" w:rsidRDefault="00B772D9" w:rsidP="005922D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22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и её помощницы.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Default="00B772D9" w:rsidP="005922D8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Default="00B772D9" w:rsidP="005922D8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Default="00B772D9" w:rsidP="005922D8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467F" w:rsidRDefault="00B772D9" w:rsidP="00D20700">
            <w:pPr>
              <w:autoSpaceDE w:val="0"/>
              <w:autoSpaceDN w:val="0"/>
              <w:spacing w:after="0" w:line="262" w:lineRule="auto"/>
              <w:ind w:left="72" w:right="72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  <w:p w:rsidR="00B772D9" w:rsidRDefault="00B772D9" w:rsidP="00D20700">
            <w:pPr>
              <w:autoSpaceDE w:val="0"/>
              <w:autoSpaceDN w:val="0"/>
              <w:spacing w:after="0" w:line="262" w:lineRule="auto"/>
              <w:ind w:left="72" w:right="72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44467F" w:rsidRDefault="0044467F" w:rsidP="00D20700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2D9" w:rsidRDefault="00D20700" w:rsidP="005922D8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090922">
              <w:rPr>
                <w:rFonts w:ascii="Times New Roman" w:eastAsia="Times New Roman" w:hAnsi="Times New Roman" w:cs="Times New Roman"/>
                <w:sz w:val="24"/>
                <w:szCs w:val="24"/>
              </w:rPr>
              <w:t>с. 8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772D9" w:rsidRPr="00A44CC0" w:rsidRDefault="00A44CC0" w:rsidP="005922D8">
            <w:pPr>
              <w:autoSpaceDE w:val="0"/>
              <w:autoSpaceDN w:val="0"/>
              <w:spacing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01.09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2D9" w:rsidRDefault="00B772D9" w:rsidP="005922D8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A44CC0" w:rsidTr="00D20700">
        <w:trPr>
          <w:trHeight w:hRule="exact" w:val="70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Pr="005922D8" w:rsidRDefault="00A44CC0" w:rsidP="00A44CC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22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Счет лет в истории. Историческая карта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090922">
              <w:rPr>
                <w:rFonts w:ascii="Times New Roman" w:hAnsi="Times New Roman" w:cs="Times New Roman"/>
                <w:sz w:val="24"/>
                <w:szCs w:val="24"/>
              </w:rPr>
              <w:t>с.9-11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05.09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19680A" w:rsidTr="00D20700">
        <w:trPr>
          <w:trHeight w:hRule="exact" w:val="70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Pr="0019680A" w:rsidRDefault="0019680A" w:rsidP="0019680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968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968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Первобытность 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Pr="0019680A" w:rsidRDefault="0019680A" w:rsidP="00A44CC0">
            <w:pPr>
              <w:autoSpaceDE w:val="0"/>
              <w:autoSpaceDN w:val="0"/>
              <w:spacing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autoSpaceDE w:val="0"/>
              <w:autoSpaceDN w:val="0"/>
              <w:spacing w:after="0" w:line="262" w:lineRule="auto"/>
              <w:ind w:left="72" w:right="72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9680A" w:rsidRPr="00090922" w:rsidRDefault="0019680A" w:rsidP="00A44CC0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9680A" w:rsidRDefault="0019680A" w:rsidP="00A44CC0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A44CC0" w:rsidTr="00D20700">
        <w:trPr>
          <w:trHeight w:hRule="exact" w:val="1191"/>
        </w:trPr>
        <w:tc>
          <w:tcPr>
            <w:tcW w:w="200" w:type="pc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1274" w:type="pc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Pr="005922D8" w:rsidRDefault="00A44CC0" w:rsidP="00A44CC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22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Древнейшие люди. Родовые общины охотников и </w:t>
            </w:r>
            <w:r w:rsidRPr="005922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собирателей.</w:t>
            </w:r>
          </w:p>
        </w:tc>
        <w:tc>
          <w:tcPr>
            <w:tcW w:w="268" w:type="pc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  <w:tc>
          <w:tcPr>
            <w:tcW w:w="603" w:type="pc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Pr="00D20700" w:rsidRDefault="00A44CC0" w:rsidP="00A44CC0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1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-2</w:t>
            </w:r>
          </w:p>
        </w:tc>
        <w:tc>
          <w:tcPr>
            <w:tcW w:w="671" w:type="pc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08.09</w:t>
            </w:r>
          </w:p>
        </w:tc>
        <w:tc>
          <w:tcPr>
            <w:tcW w:w="576" w:type="pc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A44CC0" w:rsidTr="00D20700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Pr="005922D8" w:rsidRDefault="0019680A" w:rsidP="00A44CC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22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Возникновение искусства и религиозных верований</w:t>
            </w:r>
            <w:r w:rsidR="00A44CC0" w:rsidRPr="005922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3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12.09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A44CC0" w:rsidTr="00D20700">
        <w:trPr>
          <w:trHeight w:hRule="exact" w:val="93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Pr="005922D8" w:rsidRDefault="00A44CC0" w:rsidP="00A44CC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Возникновение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земледелия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скотоводства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Pr="00090922" w:rsidRDefault="00A44CC0" w:rsidP="00A4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4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15.09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A44CC0" w:rsidTr="00D20700">
        <w:trPr>
          <w:trHeight w:hRule="exact" w:val="642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Pr="005922D8" w:rsidRDefault="0019680A" w:rsidP="00A44CC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Появление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неравенства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знати</w:t>
            </w:r>
            <w:proofErr w:type="spellEnd"/>
            <w:r w:rsidR="00A44CC0" w:rsidRPr="005922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Pr="00090922" w:rsidRDefault="00A44CC0" w:rsidP="00A4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19.09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19680A" w:rsidTr="00D20700">
        <w:trPr>
          <w:trHeight w:hRule="exact" w:val="642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9680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3.</w:t>
            </w:r>
          </w:p>
          <w:p w:rsidR="0019680A" w:rsidRPr="0019680A" w:rsidRDefault="0019680A" w:rsidP="00A44CC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Древний Восток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Pr="008A7EB4" w:rsidRDefault="008A7EB4" w:rsidP="00A44CC0">
            <w:pPr>
              <w:autoSpaceDE w:val="0"/>
              <w:autoSpaceDN w:val="0"/>
              <w:spacing w:after="0" w:line="230" w:lineRule="auto"/>
              <w:ind w:left="74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 w:rsidRPr="008A7EB4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autoSpaceDE w:val="0"/>
              <w:autoSpaceDN w:val="0"/>
              <w:spacing w:after="0" w:line="262" w:lineRule="auto"/>
              <w:ind w:left="72" w:right="72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0A" w:rsidRPr="00090922" w:rsidRDefault="0019680A" w:rsidP="00A44CC0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0A" w:rsidRDefault="0019680A" w:rsidP="00A44CC0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19680A" w:rsidTr="00D20700">
        <w:trPr>
          <w:trHeight w:hRule="exact" w:val="642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A7EB4" w:rsidRDefault="0019680A" w:rsidP="00A44CC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A7E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Глава 4.</w:t>
            </w:r>
          </w:p>
          <w:p w:rsidR="0019680A" w:rsidRPr="008A7EB4" w:rsidRDefault="0019680A" w:rsidP="00A44CC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A7E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Древний Египет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Pr="008A7EB4" w:rsidRDefault="0019680A" w:rsidP="00A44CC0">
            <w:pPr>
              <w:autoSpaceDE w:val="0"/>
              <w:autoSpaceDN w:val="0"/>
              <w:spacing w:after="0" w:line="230" w:lineRule="auto"/>
              <w:ind w:left="74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 w:rsidRPr="008A7EB4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autoSpaceDE w:val="0"/>
              <w:autoSpaceDN w:val="0"/>
              <w:spacing w:after="0" w:line="262" w:lineRule="auto"/>
              <w:ind w:left="72" w:right="72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0A" w:rsidRPr="00090922" w:rsidRDefault="0019680A" w:rsidP="00A44CC0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0A" w:rsidRDefault="0019680A" w:rsidP="00A44CC0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A44CC0" w:rsidTr="00D20700">
        <w:trPr>
          <w:trHeight w:hRule="exact" w:val="66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Pr="005922D8" w:rsidRDefault="00A44CC0" w:rsidP="00A44CC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берегах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Нила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Pr="00090922" w:rsidRDefault="00A44CC0" w:rsidP="00A4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22.09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A44CC0" w:rsidTr="00D20700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Pr="005922D8" w:rsidRDefault="00A44CC0" w:rsidP="00A44CC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22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жили земледельцы и ремесленники в Египте.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Pr="00090922" w:rsidRDefault="00A44CC0" w:rsidP="00A4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7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26.09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A44CC0" w:rsidTr="00D20700">
        <w:trPr>
          <w:trHeight w:hRule="exact" w:val="723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Pr="005922D8" w:rsidRDefault="00A44CC0" w:rsidP="00A44CC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египетского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вельможи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Pr="00090922" w:rsidRDefault="00A44CC0" w:rsidP="00A44CC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8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29.09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A44CC0" w:rsidTr="00D20700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Pr="005922D8" w:rsidRDefault="00A44CC0" w:rsidP="00A44CC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Военные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походы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фараонов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tabs>
                <w:tab w:val="left" w:pos="156"/>
              </w:tabs>
              <w:autoSpaceDE w:val="0"/>
              <w:autoSpaceDN w:val="0"/>
              <w:spacing w:after="0" w:line="262" w:lineRule="auto"/>
              <w:ind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</w:t>
            </w:r>
            <w:proofErr w:type="spellEnd"/>
          </w:p>
          <w:p w:rsidR="00A44CC0" w:rsidRDefault="00A44CC0" w:rsidP="00A44CC0">
            <w:pPr>
              <w:tabs>
                <w:tab w:val="left" w:pos="156"/>
              </w:tabs>
              <w:autoSpaceDE w:val="0"/>
              <w:autoSpaceDN w:val="0"/>
              <w:spacing w:after="0" w:line="262" w:lineRule="auto"/>
              <w:ind w:right="144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Pr="00090922" w:rsidRDefault="00A44CC0" w:rsidP="00A4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9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03.10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</w:p>
        </w:tc>
      </w:tr>
      <w:tr w:rsidR="00A44CC0" w:rsidTr="00D20700">
        <w:trPr>
          <w:trHeight w:hRule="exact" w:val="830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Pr="005922D8" w:rsidRDefault="00A44CC0" w:rsidP="00A44CC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Религия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древних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египтян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Pr="00090922" w:rsidRDefault="00A44CC0" w:rsidP="00A4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10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06.10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A44CC0" w:rsidTr="00D20700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Pr="005922D8" w:rsidRDefault="00A44CC0" w:rsidP="00A44CC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Древнего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Египта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Pr="00090922" w:rsidRDefault="00A44CC0" w:rsidP="00A4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11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10.10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A44CC0" w:rsidTr="00D20700">
        <w:trPr>
          <w:trHeight w:hRule="exact" w:val="637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Pr="005922D8" w:rsidRDefault="00A44CC0" w:rsidP="00A44CC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22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Письменность и знания древних египтян.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12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13.10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19680A" w:rsidRPr="008A7EB4" w:rsidTr="008A7EB4">
        <w:trPr>
          <w:trHeight w:hRule="exact" w:val="794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Default="0019680A" w:rsidP="00A44CC0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Pr="008A7EB4" w:rsidRDefault="0019680A" w:rsidP="00A44CC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A7E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Глава 5.</w:t>
            </w:r>
          </w:p>
          <w:p w:rsidR="0019680A" w:rsidRPr="008A7EB4" w:rsidRDefault="0019680A" w:rsidP="00A44CC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A7E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Западная А</w:t>
            </w:r>
            <w:r w:rsidR="008A7EB4" w:rsidRPr="008A7E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зия в древности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Pr="008A7EB4" w:rsidRDefault="008A7EB4" w:rsidP="00A44CC0">
            <w:pPr>
              <w:autoSpaceDE w:val="0"/>
              <w:autoSpaceDN w:val="0"/>
              <w:spacing w:after="0" w:line="230" w:lineRule="auto"/>
              <w:ind w:left="74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 w:rsidRPr="008A7EB4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Pr="008A7EB4" w:rsidRDefault="0019680A" w:rsidP="00A44CC0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Pr="008A7EB4" w:rsidRDefault="0019680A" w:rsidP="00A44CC0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Pr="008A7EB4" w:rsidRDefault="0019680A" w:rsidP="00A44CC0">
            <w:pPr>
              <w:autoSpaceDE w:val="0"/>
              <w:autoSpaceDN w:val="0"/>
              <w:spacing w:after="0" w:line="262" w:lineRule="auto"/>
              <w:ind w:left="72" w:right="720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0A" w:rsidRPr="008A7EB4" w:rsidRDefault="0019680A" w:rsidP="00A44CC0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9680A" w:rsidRPr="008A7EB4" w:rsidRDefault="0019680A" w:rsidP="00A44CC0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80A" w:rsidRPr="008A7EB4" w:rsidRDefault="0019680A" w:rsidP="00A44CC0">
            <w:pPr>
              <w:autoSpaceDE w:val="0"/>
              <w:autoSpaceDN w:val="0"/>
              <w:spacing w:after="0" w:line="230" w:lineRule="auto"/>
              <w:jc w:val="center"/>
              <w:rPr>
                <w:lang w:val="ru-RU"/>
              </w:rPr>
            </w:pPr>
          </w:p>
        </w:tc>
      </w:tr>
      <w:tr w:rsidR="00A44CC0" w:rsidTr="00D20700">
        <w:trPr>
          <w:trHeight w:hRule="exact" w:val="662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Pr="005922D8" w:rsidRDefault="00A44CC0" w:rsidP="00A44CC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Древнее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Двуречье</w:t>
            </w:r>
            <w:proofErr w:type="spellEnd"/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Pr="00090922" w:rsidRDefault="00A44CC0" w:rsidP="00A4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13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17.10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A44CC0" w:rsidTr="00D20700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Pr="005922D8" w:rsidRDefault="00A44CC0" w:rsidP="00A44CC0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22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Вавилонский царь </w:t>
            </w:r>
            <w:r w:rsidRPr="005922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Хаммурапи и его законы.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Pr="00090922" w:rsidRDefault="00A44CC0" w:rsidP="00A4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14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20.10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</w:p>
        </w:tc>
      </w:tr>
      <w:tr w:rsidR="00A44CC0" w:rsidTr="00D20700">
        <w:trPr>
          <w:trHeight w:hRule="exact" w:val="59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1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Pr="005922D8" w:rsidRDefault="00A44CC0" w:rsidP="00A44CC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922D8">
              <w:rPr>
                <w:rFonts w:ascii="Times New Roman" w:hAnsi="Times New Roman" w:cs="Times New Roman"/>
                <w:sz w:val="24"/>
                <w:szCs w:val="24"/>
              </w:rPr>
              <w:t>Ассирийская держава.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62" w:lineRule="auto"/>
              <w:ind w:right="72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</w:p>
          <w:p w:rsidR="00A44CC0" w:rsidRDefault="00A44CC0" w:rsidP="00A44CC0">
            <w:pPr>
              <w:autoSpaceDE w:val="0"/>
              <w:autoSpaceDN w:val="0"/>
              <w:spacing w:after="0" w:line="262" w:lineRule="auto"/>
              <w:ind w:right="720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ос</w:t>
            </w:r>
            <w:proofErr w:type="spellEnd"/>
            <w:proofErr w:type="gram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Pr="00090922" w:rsidRDefault="00A44CC0" w:rsidP="00A44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18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24.10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CC0" w:rsidRDefault="00A44CC0" w:rsidP="00A44CC0">
            <w:pPr>
              <w:autoSpaceDE w:val="0"/>
              <w:autoSpaceDN w:val="0"/>
              <w:spacing w:after="0" w:line="230" w:lineRule="auto"/>
              <w:ind w:left="72"/>
            </w:pPr>
          </w:p>
        </w:tc>
      </w:tr>
    </w:tbl>
    <w:tbl>
      <w:tblPr>
        <w:tblpPr w:leftFromText="180" w:rightFromText="180" w:vertAnchor="text" w:horzAnchor="margin" w:tblpY="-1515"/>
        <w:tblW w:w="5000" w:type="pct"/>
        <w:tblLayout w:type="fixed"/>
        <w:tblLook w:val="04A0" w:firstRow="1" w:lastRow="0" w:firstColumn="1" w:lastColumn="0" w:noHBand="0" w:noVBand="1"/>
      </w:tblPr>
      <w:tblGrid>
        <w:gridCol w:w="424"/>
        <w:gridCol w:w="2696"/>
        <w:gridCol w:w="567"/>
        <w:gridCol w:w="708"/>
        <w:gridCol w:w="850"/>
        <w:gridCol w:w="1419"/>
        <w:gridCol w:w="1273"/>
        <w:gridCol w:w="1419"/>
        <w:gridCol w:w="1218"/>
      </w:tblGrid>
      <w:tr w:rsidR="00992199" w:rsidTr="00992199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17.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Нововавилонское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царство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1A795E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79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27.10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10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Финикийские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63F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мореплаватели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§ 15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07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.11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Древнееврейское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царство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17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10.11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830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Библейские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сказания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16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14.11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Персидская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держава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царя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царей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19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17.11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RPr="008A7EB4" w:rsidTr="00992199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Глава 6.</w:t>
            </w:r>
          </w:p>
          <w:p w:rsidR="00992199" w:rsidRPr="008A7EB4" w:rsidRDefault="00992199" w:rsidP="0099219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A7E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Индия и Китай в древности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8A7EB4" w:rsidRDefault="00992199" w:rsidP="00992199">
            <w:pPr>
              <w:autoSpaceDE w:val="0"/>
              <w:autoSpaceDN w:val="0"/>
              <w:spacing w:after="0" w:line="230" w:lineRule="auto"/>
              <w:ind w:left="74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 w:rsidRPr="008A7EB4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8A7EB4" w:rsidRDefault="00992199" w:rsidP="00992199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8A7EB4" w:rsidRDefault="00992199" w:rsidP="00992199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8A7EB4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8A7EB4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8A7EB4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</w:tr>
      <w:tr w:rsidR="00992199" w:rsidTr="00992199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63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Природа и люди Древней Индии.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090922" w:rsidRDefault="00992199" w:rsidP="0099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20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21.11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Индийские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касты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090922" w:rsidRDefault="00992199" w:rsidP="0099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21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24.11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960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C63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Древний Китай: природа, занятия, общество. </w:t>
            </w:r>
            <w:r w:rsidRPr="00EC63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Объединение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Китая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</w:t>
            </w:r>
            <w:proofErr w:type="spellEnd"/>
          </w:p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090922" w:rsidRDefault="00992199" w:rsidP="0099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22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28.11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63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Чему учил китайский мудрец Конфуций.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090922" w:rsidRDefault="00992199" w:rsidP="0099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23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01.12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1014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63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Обобщающий </w:t>
            </w:r>
            <w:proofErr w:type="gramStart"/>
            <w:r w:rsidRPr="00EC63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</w:t>
            </w:r>
            <w:r w:rsidRPr="00EC63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«</w:t>
            </w:r>
            <w:proofErr w:type="gramEnd"/>
            <w:r w:rsidRPr="00EC63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Древние государства Востока»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</w:t>
            </w:r>
            <w:proofErr w:type="spellEnd"/>
          </w:p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 w:rsidRPr="00090922"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proofErr w:type="spellEnd"/>
            <w:r w:rsidRPr="00090922">
              <w:rPr>
                <w:rFonts w:ascii="Times New Roman" w:hAnsi="Times New Roman" w:cs="Times New Roman"/>
                <w:sz w:val="24"/>
                <w:szCs w:val="24"/>
              </w:rPr>
              <w:t xml:space="preserve"> с 214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05.12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586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8A7EB4" w:rsidRDefault="00992199" w:rsidP="0099219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A7E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4.</w:t>
            </w:r>
          </w:p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E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Древняя Греция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090922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714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8A7EB4" w:rsidRDefault="00992199" w:rsidP="0099219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A7E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Глава 7.</w:t>
            </w:r>
          </w:p>
          <w:p w:rsidR="00992199" w:rsidRPr="008A7EB4" w:rsidRDefault="00992199" w:rsidP="0099219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A7E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Древнейшая Греция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8A7EB4" w:rsidRDefault="00992199" w:rsidP="00992199">
            <w:pPr>
              <w:autoSpaceDE w:val="0"/>
              <w:autoSpaceDN w:val="0"/>
              <w:spacing w:after="0" w:line="230" w:lineRule="auto"/>
              <w:ind w:left="74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 w:rsidRPr="008A7EB4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090922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Греки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критяне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090922" w:rsidRDefault="00992199" w:rsidP="0099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24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08.12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Микены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Троя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right="72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</w:p>
          <w:p w:rsidR="00992199" w:rsidRDefault="00992199" w:rsidP="00992199">
            <w:pPr>
              <w:autoSpaceDE w:val="0"/>
              <w:autoSpaceDN w:val="0"/>
              <w:spacing w:after="0" w:line="262" w:lineRule="auto"/>
              <w:ind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090922" w:rsidRDefault="00992199" w:rsidP="00992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25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12.12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right="72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830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Поэма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Гомера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Илиада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§ 26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15.12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60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Поэма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Гомера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Одиссея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§ </w:t>
            </w: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19.12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RPr="008A7EB4" w:rsidTr="00992199">
        <w:trPr>
          <w:trHeight w:hRule="exact" w:val="1145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A7E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Глава 8. </w:t>
            </w:r>
          </w:p>
          <w:p w:rsidR="00992199" w:rsidRPr="008A7EB4" w:rsidRDefault="00992199" w:rsidP="0099219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A7E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Полисы Греции и их борьба с персидским нашествием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992199" w:rsidRDefault="00992199" w:rsidP="00992199">
            <w:pPr>
              <w:autoSpaceDE w:val="0"/>
              <w:autoSpaceDN w:val="0"/>
              <w:spacing w:after="0" w:line="230" w:lineRule="auto"/>
              <w:ind w:left="74"/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</w:pPr>
            <w:r w:rsidRPr="00992199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8A7EB4" w:rsidRDefault="00992199" w:rsidP="00992199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8A7EB4" w:rsidRDefault="00992199" w:rsidP="00992199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8A7EB4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8A7EB4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8A7EB4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8A7EB4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</w:tr>
      <w:tr w:rsidR="00992199" w:rsidTr="00992199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63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Земледельцы Аттики теряют землю </w:t>
            </w:r>
            <w:proofErr w:type="gramStart"/>
            <w:r w:rsidRPr="00EC63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 свободу</w:t>
            </w:r>
            <w:proofErr w:type="gramEnd"/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29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22.12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720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32.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Зарождение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демократии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Афинах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</w:t>
            </w:r>
            <w:proofErr w:type="spellEnd"/>
          </w:p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30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26.12</w:t>
            </w:r>
          </w:p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82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Древняя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Спарта</w:t>
            </w:r>
            <w:proofErr w:type="spellEnd"/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31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.12</w:t>
            </w:r>
          </w:p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left="72" w:right="144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992199" w:rsidTr="00992199">
        <w:trPr>
          <w:trHeight w:hRule="exact" w:val="808"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1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EC63FD" w:rsidRDefault="00992199" w:rsidP="0099219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C63FD">
              <w:rPr>
                <w:rFonts w:ascii="Times New Roman" w:hAnsi="Times New Roman" w:cs="Times New Roman"/>
                <w:sz w:val="24"/>
                <w:szCs w:val="24"/>
              </w:rPr>
              <w:t>Основание греческих колоний.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right="72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</w:t>
            </w:r>
            <w:proofErr w:type="spellEnd"/>
          </w:p>
          <w:p w:rsidR="00992199" w:rsidRDefault="00992199" w:rsidP="00992199">
            <w:pPr>
              <w:autoSpaceDE w:val="0"/>
              <w:autoSpaceDN w:val="0"/>
              <w:spacing w:after="0" w:line="262" w:lineRule="auto"/>
              <w:ind w:right="720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32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.01</w:t>
            </w:r>
          </w:p>
          <w:p w:rsidR="00992199" w:rsidRDefault="00992199" w:rsidP="00992199">
            <w:pPr>
              <w:autoSpaceDE w:val="0"/>
              <w:autoSpaceDN w:val="0"/>
              <w:spacing w:after="0" w:line="230" w:lineRule="auto"/>
              <w:ind w:left="72"/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92199">
            <w:pPr>
              <w:autoSpaceDE w:val="0"/>
              <w:autoSpaceDN w:val="0"/>
              <w:spacing w:after="0" w:line="262" w:lineRule="auto"/>
              <w:ind w:right="72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</w:tbl>
    <w:p w:rsidR="00440EE8" w:rsidRDefault="00440EE8" w:rsidP="00992199">
      <w:pPr>
        <w:autoSpaceDE w:val="0"/>
        <w:autoSpaceDN w:val="0"/>
        <w:spacing w:after="0" w:line="14" w:lineRule="exact"/>
      </w:pPr>
    </w:p>
    <w:p w:rsidR="00440EE8" w:rsidRDefault="00440EE8" w:rsidP="00992199">
      <w:pPr>
        <w:sectPr w:rsidR="00440EE8">
          <w:pgSz w:w="11900" w:h="16840"/>
          <w:pgMar w:top="298" w:right="650" w:bottom="3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40EE8" w:rsidRDefault="00440EE8">
      <w:pPr>
        <w:sectPr w:rsidR="00440EE8">
          <w:pgSz w:w="11900" w:h="16840"/>
          <w:pgMar w:top="284" w:right="650" w:bottom="3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40EE8" w:rsidRDefault="00440EE8">
      <w:pPr>
        <w:autoSpaceDE w:val="0"/>
        <w:autoSpaceDN w:val="0"/>
        <w:spacing w:after="66" w:line="220" w:lineRule="exact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3"/>
        <w:gridCol w:w="2800"/>
        <w:gridCol w:w="567"/>
        <w:gridCol w:w="711"/>
        <w:gridCol w:w="850"/>
        <w:gridCol w:w="1419"/>
        <w:gridCol w:w="1275"/>
        <w:gridCol w:w="1419"/>
        <w:gridCol w:w="1220"/>
      </w:tblGrid>
      <w:tr w:rsidR="00A371BE" w:rsidRPr="00A371BE" w:rsidTr="00A371BE">
        <w:trPr>
          <w:trHeight w:hRule="exact" w:val="828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Победа греков над персами в Марафонской битве.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81D" w:rsidRPr="00090922" w:rsidRDefault="0087781D" w:rsidP="0087781D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34</w:t>
            </w:r>
          </w:p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44CC0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A371BE" w:rsidRPr="00A371BE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992199">
        <w:trPr>
          <w:trHeight w:hRule="exact" w:val="602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Нашествие персидских войск на Элладу.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Письм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87781D" w:rsidP="0087781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35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44CC0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EB4" w:rsidRPr="002D39D1" w:rsidTr="00992199">
        <w:trPr>
          <w:trHeight w:hRule="exact" w:val="1136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A7EB4" w:rsidRPr="00A371BE" w:rsidRDefault="008A7EB4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A7EB4" w:rsidRPr="00992199" w:rsidRDefault="00992199" w:rsidP="00A371BE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921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Глава 9.</w:t>
            </w:r>
          </w:p>
          <w:p w:rsidR="00992199" w:rsidRPr="00992199" w:rsidRDefault="00992199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21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Возвышение Афин в </w:t>
            </w:r>
            <w:r w:rsidRPr="00992199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  <w:r w:rsidRPr="0099219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веке до н э и расцвет демократии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A7EB4" w:rsidRPr="002D39D1" w:rsidRDefault="002D39D1" w:rsidP="00A371BE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39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A7EB4" w:rsidRPr="00992199" w:rsidRDefault="008A7EB4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A7EB4" w:rsidRPr="00992199" w:rsidRDefault="008A7EB4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A7EB4" w:rsidRPr="00992199" w:rsidRDefault="008A7EB4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EB4" w:rsidRPr="00992199" w:rsidRDefault="008A7EB4" w:rsidP="0087781D">
            <w:pPr>
              <w:pStyle w:val="a9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EB4" w:rsidRDefault="008A7EB4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EB4" w:rsidRPr="00992199" w:rsidRDefault="008A7EB4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371BE" w:rsidRPr="00A371BE" w:rsidTr="00A371BE">
        <w:trPr>
          <w:trHeight w:hRule="exact" w:val="828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гаванях афинского порта Пирей.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87781D" w:rsidP="0087781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36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44CC0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A371BE">
        <w:trPr>
          <w:trHeight w:hRule="exact" w:val="830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городе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богини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Афины</w:t>
            </w:r>
            <w:proofErr w:type="spellEnd"/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87781D" w:rsidP="0087781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37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44CC0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A371BE">
        <w:trPr>
          <w:trHeight w:hRule="exact" w:val="828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Афинская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демократия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Перикле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87781D" w:rsidP="0087781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40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44CC0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</w:t>
            </w:r>
            <w:r w:rsidR="00A371BE" w:rsidRPr="00A371B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A371BE">
        <w:trPr>
          <w:trHeight w:hRule="exact" w:val="828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Пелопоннесская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война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Упадок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Эллады</w:t>
            </w:r>
            <w:proofErr w:type="spellEnd"/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Письм</w:t>
            </w:r>
            <w:proofErr w:type="spellEnd"/>
          </w:p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44CC0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="00A371BE" w:rsidRPr="00A371B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9D1" w:rsidRPr="00A371BE" w:rsidTr="00A371BE">
        <w:trPr>
          <w:trHeight w:hRule="exact" w:val="828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D39D1" w:rsidRPr="00A371BE" w:rsidRDefault="002D39D1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D39D1" w:rsidRPr="00A371BE" w:rsidRDefault="002D39D1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Культура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Древней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Греции</w:t>
            </w:r>
            <w:proofErr w:type="spellEnd"/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D39D1" w:rsidRPr="002D39D1" w:rsidRDefault="002D39D1" w:rsidP="00A371BE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39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D39D1" w:rsidRPr="00A371BE" w:rsidRDefault="002D39D1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D39D1" w:rsidRPr="00A371BE" w:rsidRDefault="002D39D1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D39D1" w:rsidRPr="00A371BE" w:rsidRDefault="002D39D1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D1" w:rsidRPr="00A371BE" w:rsidRDefault="002D39D1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D1" w:rsidRDefault="002D39D1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D1" w:rsidRPr="00A371BE" w:rsidRDefault="002D39D1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A371BE">
        <w:trPr>
          <w:trHeight w:hRule="exact" w:val="828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Религия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древних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греков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8F7BA8" w:rsidP="008F7BA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28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44CC0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="00A371BE" w:rsidRPr="00A371B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A371BE">
        <w:trPr>
          <w:trHeight w:hRule="exact" w:val="828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Школа и образование, </w:t>
            </w: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развитие наук и искусства 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8F7BA8" w:rsidRDefault="008F7BA8" w:rsidP="008F7BA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38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  <w:t>-39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44CC0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A371BE">
        <w:trPr>
          <w:trHeight w:hRule="exact" w:val="828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Олимпийские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древности</w:t>
            </w:r>
            <w:proofErr w:type="spellEnd"/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8F7BA8" w:rsidP="008F7BA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33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44CC0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9D1" w:rsidRPr="00A371BE" w:rsidTr="00A371BE">
        <w:trPr>
          <w:trHeight w:hRule="exact" w:val="828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D39D1" w:rsidRPr="00A371BE" w:rsidRDefault="002D39D1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D39D1" w:rsidRPr="002D39D1" w:rsidRDefault="002D39D1" w:rsidP="00A371BE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39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Македонские завоевания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D39D1" w:rsidRPr="002D39D1" w:rsidRDefault="002D39D1" w:rsidP="00A371BE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D39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D39D1" w:rsidRPr="00A371BE" w:rsidRDefault="002D39D1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D39D1" w:rsidRPr="00A371BE" w:rsidRDefault="002D39D1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D39D1" w:rsidRPr="00A371BE" w:rsidRDefault="002D39D1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D1" w:rsidRPr="00090922" w:rsidRDefault="002D39D1" w:rsidP="008F7BA8">
            <w:pPr>
              <w:pStyle w:val="a9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D1" w:rsidRDefault="002D39D1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9D1" w:rsidRPr="00A371BE" w:rsidRDefault="002D39D1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A371BE">
        <w:trPr>
          <w:trHeight w:hRule="exact" w:val="828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Эллады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подчиняются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Македонии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8F7BA8" w:rsidP="008F7BA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41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44CC0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A371BE">
        <w:trPr>
          <w:trHeight w:hRule="exact" w:val="828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Поход Александра </w:t>
            </w: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Македонского на Восток.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Письм</w:t>
            </w:r>
            <w:proofErr w:type="spellEnd"/>
          </w:p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8F7BA8" w:rsidP="008F7BA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42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922943" w:rsidRDefault="00922943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24.02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A371BE">
        <w:trPr>
          <w:trHeight w:hRule="exact" w:val="828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древней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Александрии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Египетской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8F7BA8" w:rsidP="008F7BA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43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922943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943" w:rsidRPr="00A371BE" w:rsidTr="00A371BE">
        <w:trPr>
          <w:trHeight w:hRule="exact" w:val="830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2D39D1" w:rsidRDefault="00922943" w:rsidP="00922943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39D1">
              <w:rPr>
                <w:rFonts w:ascii="Times New Roman" w:hAnsi="Times New Roman" w:cs="Times New Roman"/>
                <w:b/>
                <w:sz w:val="24"/>
                <w:szCs w:val="24"/>
              </w:rPr>
              <w:t>Обобщающий</w:t>
            </w:r>
            <w:proofErr w:type="spellEnd"/>
            <w:r w:rsidRPr="002D39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39D1">
              <w:rPr>
                <w:rFonts w:ascii="Times New Roman" w:hAnsi="Times New Roman" w:cs="Times New Roman"/>
                <w:b/>
                <w:sz w:val="24"/>
                <w:szCs w:val="24"/>
              </w:rPr>
              <w:t>урок</w:t>
            </w:r>
            <w:proofErr w:type="spellEnd"/>
            <w:r w:rsidR="00992199" w:rsidRPr="002D39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2D39D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2D39D1">
              <w:rPr>
                <w:rFonts w:ascii="Times New Roman" w:hAnsi="Times New Roman" w:cs="Times New Roman"/>
                <w:b/>
                <w:sz w:val="24"/>
                <w:szCs w:val="24"/>
              </w:rPr>
              <w:t>Древняя</w:t>
            </w:r>
            <w:proofErr w:type="spellEnd"/>
            <w:r w:rsidRPr="002D39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39D1">
              <w:rPr>
                <w:rFonts w:ascii="Times New Roman" w:hAnsi="Times New Roman" w:cs="Times New Roman"/>
                <w:b/>
                <w:sz w:val="24"/>
                <w:szCs w:val="24"/>
              </w:rPr>
              <w:t>Греция</w:t>
            </w:r>
            <w:proofErr w:type="spellEnd"/>
            <w:r w:rsidRPr="002D39D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199" w:rsidRPr="00A371BE" w:rsidTr="00A371BE">
        <w:trPr>
          <w:trHeight w:hRule="exact" w:val="830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A371BE" w:rsidRDefault="00992199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Default="006A0705" w:rsidP="00922943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5.</w:t>
            </w:r>
          </w:p>
          <w:p w:rsidR="006A0705" w:rsidRPr="006A0705" w:rsidRDefault="006A0705" w:rsidP="00922943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Древний Рим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784010" w:rsidRDefault="00784010" w:rsidP="0092294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40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A371BE" w:rsidRDefault="00992199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A371BE" w:rsidRDefault="00992199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2199" w:rsidRPr="00A371BE" w:rsidRDefault="00992199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A371BE" w:rsidRDefault="00992199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Default="00992199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199" w:rsidRPr="00A371BE" w:rsidRDefault="00992199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010" w:rsidRPr="00A371BE" w:rsidTr="00A371BE">
        <w:trPr>
          <w:trHeight w:hRule="exact" w:val="830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A371BE" w:rsidRDefault="00784010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Default="00784010" w:rsidP="00922943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Возникновение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Римского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государства</w:t>
            </w:r>
            <w:proofErr w:type="spellEnd"/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784010" w:rsidRDefault="00784010" w:rsidP="0092294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A371BE" w:rsidRDefault="00784010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A371BE" w:rsidRDefault="00784010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A371BE" w:rsidRDefault="00784010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10" w:rsidRPr="00A371BE" w:rsidRDefault="00784010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10" w:rsidRDefault="00784010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10" w:rsidRPr="00A371BE" w:rsidRDefault="00784010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943" w:rsidRPr="00A371BE" w:rsidTr="00A371BE">
        <w:trPr>
          <w:trHeight w:hRule="exact" w:val="828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Древнейший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Рим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Письм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44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943" w:rsidRPr="00A371BE" w:rsidTr="00A371BE">
        <w:trPr>
          <w:trHeight w:hRule="exact" w:val="742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Завоевание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Римом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Италии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090922" w:rsidRDefault="00922943" w:rsidP="00922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45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943" w:rsidRPr="00A371BE" w:rsidTr="00A371BE">
        <w:trPr>
          <w:trHeight w:hRule="exact" w:val="828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Устройство Римской республики.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Письм</w:t>
            </w:r>
            <w:proofErr w:type="spellEnd"/>
          </w:p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090922" w:rsidRDefault="00922943" w:rsidP="00922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46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010" w:rsidRPr="00A371BE" w:rsidTr="00A371BE">
        <w:trPr>
          <w:trHeight w:hRule="exact" w:val="828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A371BE" w:rsidRDefault="00784010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A371BE" w:rsidRDefault="00784010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Римские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завоевания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в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Средиземноморье</w:t>
            </w:r>
            <w:proofErr w:type="spellEnd"/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406162" w:rsidRDefault="00406162" w:rsidP="0092294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0616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A371BE" w:rsidRDefault="00784010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A371BE" w:rsidRDefault="00784010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A371BE" w:rsidRDefault="00784010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10" w:rsidRPr="00090922" w:rsidRDefault="00784010" w:rsidP="00922943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10" w:rsidRDefault="00784010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10" w:rsidRPr="00A371BE" w:rsidRDefault="00784010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943" w:rsidRPr="00A371BE" w:rsidTr="00A371BE">
        <w:trPr>
          <w:trHeight w:hRule="exact" w:val="652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Пунические войны.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Письм</w:t>
            </w:r>
            <w:proofErr w:type="spellEnd"/>
          </w:p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090922" w:rsidRDefault="00922943" w:rsidP="00922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47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BA8" w:rsidRPr="00A371BE" w:rsidTr="00A371BE">
        <w:trPr>
          <w:trHeight w:hRule="exact" w:val="947"/>
        </w:trPr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7BA8" w:rsidRPr="00A371BE" w:rsidRDefault="008F7BA8" w:rsidP="008F7B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7BA8" w:rsidRPr="00A371BE" w:rsidRDefault="008F7BA8" w:rsidP="008F7BA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Установление господства Рима во всём </w:t>
            </w: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Средиземноморье 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7BA8" w:rsidRPr="00A371BE" w:rsidRDefault="008F7BA8" w:rsidP="008F7BA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7BA8" w:rsidRPr="00A371BE" w:rsidRDefault="008F7BA8" w:rsidP="008F7BA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7BA8" w:rsidRPr="00A371BE" w:rsidRDefault="008F7BA8" w:rsidP="008F7BA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F7BA8" w:rsidRPr="00A371BE" w:rsidRDefault="008F7BA8" w:rsidP="008F7BA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BA8" w:rsidRPr="00090922" w:rsidRDefault="008F7BA8" w:rsidP="008F7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48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BA8" w:rsidRPr="00922943" w:rsidRDefault="004A4F31" w:rsidP="008F7BA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9229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BA8" w:rsidRPr="00A371BE" w:rsidRDefault="008F7BA8" w:rsidP="008F7BA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0EE8" w:rsidRPr="00A371BE" w:rsidRDefault="00440EE8" w:rsidP="00A371B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440EE8" w:rsidRPr="00A371BE" w:rsidRDefault="00440EE8" w:rsidP="00A371BE">
      <w:pPr>
        <w:pStyle w:val="a9"/>
        <w:rPr>
          <w:rFonts w:ascii="Times New Roman" w:hAnsi="Times New Roman" w:cs="Times New Roman"/>
          <w:sz w:val="24"/>
          <w:szCs w:val="24"/>
        </w:rPr>
        <w:sectPr w:rsidR="00440EE8" w:rsidRPr="00A371BE">
          <w:pgSz w:w="11900" w:h="16840"/>
          <w:pgMar w:top="284" w:right="650" w:bottom="50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40EE8" w:rsidRPr="00A371BE" w:rsidRDefault="00440EE8" w:rsidP="00A371BE">
      <w:pPr>
        <w:pStyle w:val="a9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04"/>
        <w:gridCol w:w="2709"/>
        <w:gridCol w:w="569"/>
        <w:gridCol w:w="708"/>
        <w:gridCol w:w="850"/>
        <w:gridCol w:w="1417"/>
        <w:gridCol w:w="1273"/>
        <w:gridCol w:w="1506"/>
        <w:gridCol w:w="1138"/>
      </w:tblGrid>
      <w:tr w:rsidR="00922943" w:rsidRPr="00A371BE" w:rsidTr="00D20700">
        <w:trPr>
          <w:trHeight w:hRule="exact" w:val="828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Римские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провинции</w:t>
            </w:r>
            <w:proofErr w:type="spellEnd"/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4A4F31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9229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010" w:rsidRPr="00784010" w:rsidTr="00D20700">
        <w:trPr>
          <w:trHeight w:hRule="exact" w:val="828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A371BE" w:rsidRDefault="00784010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784010" w:rsidRDefault="00784010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406162" w:rsidRDefault="00406162" w:rsidP="0092294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0616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784010" w:rsidRDefault="00784010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784010" w:rsidRDefault="00784010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Pr="00784010" w:rsidRDefault="00784010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10" w:rsidRPr="00784010" w:rsidRDefault="00784010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4010" w:rsidRDefault="00784010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010" w:rsidRPr="00784010" w:rsidRDefault="00784010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22943" w:rsidRPr="00A371BE" w:rsidTr="00D20700">
        <w:trPr>
          <w:trHeight w:hRule="exact" w:val="828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Рабство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Древнем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Риме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49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4A4F31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 w:rsidR="00922943" w:rsidRPr="00A371B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943" w:rsidRPr="00A371BE" w:rsidTr="00D20700">
        <w:trPr>
          <w:trHeight w:hRule="exact" w:val="828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Земельный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братьев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Гракхов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090922" w:rsidRDefault="00922943" w:rsidP="00922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50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4A4F31" w:rsidP="004A4F3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06</w:t>
            </w:r>
            <w:r w:rsidR="00922943" w:rsidRPr="00A371B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943" w:rsidRPr="00A371BE" w:rsidTr="00D20700">
        <w:trPr>
          <w:trHeight w:hRule="exact" w:val="830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Восстание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Спартака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090922" w:rsidRDefault="00922943" w:rsidP="009229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51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4A4F31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922943" w:rsidRPr="00A371B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943" w:rsidRPr="00A371BE" w:rsidTr="00D20700">
        <w:trPr>
          <w:trHeight w:hRule="exact" w:val="828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Единовластие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Цезаря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090922" w:rsidRDefault="00922943" w:rsidP="00922943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52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4A4F31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922943" w:rsidRPr="00A371B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943" w:rsidRPr="00A371BE" w:rsidTr="00D20700">
        <w:trPr>
          <w:trHeight w:hRule="exact" w:val="828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Борьба между наследниками Цезаря. Победа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Октавиана</w:t>
            </w:r>
            <w:proofErr w:type="spellEnd"/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090922" w:rsidRDefault="00922943" w:rsidP="00922943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C31C5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922943" w:rsidRPr="00A371B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162" w:rsidRPr="00406162" w:rsidTr="00D20700">
        <w:trPr>
          <w:trHeight w:hRule="exact" w:val="828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6162" w:rsidRPr="00A371BE" w:rsidRDefault="00406162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6162" w:rsidRPr="00A371BE" w:rsidRDefault="00406162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  <w:lang w:val="ru-RU"/>
              </w:rPr>
              <w:t>Расцвет и падение Римской империи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6162" w:rsidRPr="00406162" w:rsidRDefault="00406162" w:rsidP="0092294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0616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6162" w:rsidRPr="00406162" w:rsidRDefault="00406162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6162" w:rsidRPr="00406162" w:rsidRDefault="00406162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6162" w:rsidRPr="00406162" w:rsidRDefault="00406162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162" w:rsidRPr="00406162" w:rsidRDefault="00406162" w:rsidP="00922943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6162" w:rsidRDefault="00406162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162" w:rsidRPr="00406162" w:rsidRDefault="00406162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22943" w:rsidRPr="00A371BE" w:rsidTr="00D20700">
        <w:trPr>
          <w:trHeight w:hRule="exact" w:val="828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Установление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империи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Риме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53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C31C5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92294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943" w:rsidRPr="00A371BE" w:rsidTr="00D20700">
        <w:trPr>
          <w:trHeight w:hRule="exact" w:val="828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Соседи Римской империи в первые века нашей эры.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Письм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54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22943" w:rsidRPr="00A371BE" w:rsidRDefault="00C31C5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92294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943" w:rsidRPr="00A371BE" w:rsidRDefault="00922943" w:rsidP="0092294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D20700">
        <w:trPr>
          <w:trHeight w:hRule="exact" w:val="828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Риме при императоре Нероне.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8F7BA8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55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C31C53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D20700">
        <w:trPr>
          <w:trHeight w:hRule="exact" w:val="828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Первые христиане и их учение.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Устный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8F7BA8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56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C31C53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A371BE" w:rsidRPr="00A371B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D20700">
        <w:trPr>
          <w:trHeight w:hRule="exact" w:val="828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«Вечный город» и его жители».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Устный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8F7BA8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58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C31C53" w:rsidP="00C31C5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="00A371BE" w:rsidRPr="00A371B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D20700">
        <w:trPr>
          <w:trHeight w:hRule="exact" w:val="828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Римская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империя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Константине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Письм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8F7BA8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59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C31C53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A371BE" w:rsidRPr="00A371B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D20700">
        <w:trPr>
          <w:trHeight w:hRule="exact" w:val="1164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Взятие Рима варварами.</w:t>
            </w:r>
          </w:p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Падение Западной Римской империи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8F7BA8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922">
              <w:rPr>
                <w:rFonts w:ascii="Times New Roman" w:eastAsiaTheme="minorHAnsi" w:hAnsi="Times New Roman"/>
                <w:bCs/>
                <w:sz w:val="24"/>
                <w:szCs w:val="24"/>
              </w:rPr>
              <w:t>§ 60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C31C53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A371BE" w:rsidRPr="00A371B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162" w:rsidRPr="00A371BE" w:rsidTr="00406162">
        <w:trPr>
          <w:trHeight w:hRule="exact" w:val="447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6162" w:rsidRPr="00A371BE" w:rsidRDefault="00406162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6162" w:rsidRPr="00A371BE" w:rsidRDefault="00406162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Культура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Древнего</w:t>
            </w:r>
            <w:proofErr w:type="spellEnd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 </w:t>
            </w:r>
            <w:proofErr w:type="spellStart"/>
            <w:r w:rsidRPr="00F32B74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Рима</w:t>
            </w:r>
            <w:proofErr w:type="spellEnd"/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6162" w:rsidRPr="00406162" w:rsidRDefault="00406162" w:rsidP="00D20700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0616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6162" w:rsidRPr="00A371BE" w:rsidRDefault="00406162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6162" w:rsidRPr="00A371BE" w:rsidRDefault="00406162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6162" w:rsidRPr="00A371BE" w:rsidRDefault="00406162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162" w:rsidRPr="00090922" w:rsidRDefault="00406162" w:rsidP="00D20700">
            <w:pPr>
              <w:pStyle w:val="a9"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6162" w:rsidRDefault="00406162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6162" w:rsidRPr="00A371BE" w:rsidRDefault="00406162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D20700">
        <w:trPr>
          <w:trHeight w:hRule="exact" w:val="1166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Римская литература, золотой век поэзии. 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Ораторское </w:t>
            </w:r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  <w:t>искусство.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9688B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Контр</w:t>
            </w:r>
            <w:proofErr w:type="spellEnd"/>
          </w:p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C31C53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A371BE" w:rsidRPr="00A371B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D20700">
        <w:trPr>
          <w:trHeight w:hRule="exact" w:val="828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наук. Архитектура и скульптура. 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C31C53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A371BE" w:rsidRPr="00A371B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D20700">
        <w:trPr>
          <w:trHeight w:hRule="exact" w:val="1164"/>
        </w:trPr>
        <w:tc>
          <w:tcPr>
            <w:tcW w:w="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68.</w:t>
            </w:r>
          </w:p>
        </w:tc>
        <w:tc>
          <w:tcPr>
            <w:tcW w:w="1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406162" w:rsidRDefault="00A371BE" w:rsidP="00A371BE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0616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Историческое и культурное наследие цивилизаций </w:t>
            </w:r>
            <w:r w:rsidRPr="0040616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  <w:t>Древнего мира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proofErr w:type="spellEnd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C31C53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A371BE" w:rsidRPr="00A371B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1BE" w:rsidRPr="00A371BE" w:rsidTr="00D20700">
        <w:trPr>
          <w:trHeight w:hRule="exact" w:val="808"/>
        </w:trPr>
        <w:tc>
          <w:tcPr>
            <w:tcW w:w="14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1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371BE" w:rsidRPr="00A371BE" w:rsidRDefault="00A371BE" w:rsidP="00D2070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1BE" w:rsidRPr="00A371BE" w:rsidRDefault="00A371BE" w:rsidP="00A371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0EE8" w:rsidRPr="00A371BE" w:rsidRDefault="00440EE8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440EE8" w:rsidRPr="00A371BE" w:rsidRDefault="00440EE8">
      <w:pPr>
        <w:rPr>
          <w:rFonts w:ascii="Times New Roman" w:hAnsi="Times New Roman" w:cs="Times New Roman"/>
          <w:sz w:val="24"/>
          <w:szCs w:val="24"/>
        </w:rPr>
        <w:sectPr w:rsidR="00440EE8" w:rsidRPr="00A371BE">
          <w:pgSz w:w="11900" w:h="16840"/>
          <w:pgMar w:top="284" w:right="650" w:bottom="5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40EE8" w:rsidRDefault="00440EE8">
      <w:pPr>
        <w:autoSpaceDE w:val="0"/>
        <w:autoSpaceDN w:val="0"/>
        <w:spacing w:after="78" w:line="220" w:lineRule="exact"/>
      </w:pPr>
    </w:p>
    <w:p w:rsidR="00440EE8" w:rsidRDefault="00CE7BBE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440EE8" w:rsidRDefault="00CE7BBE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440EE8" w:rsidRPr="00276E50" w:rsidRDefault="00CE7BBE">
      <w:pPr>
        <w:autoSpaceDE w:val="0"/>
        <w:autoSpaceDN w:val="0"/>
        <w:spacing w:before="166" w:after="0" w:line="281" w:lineRule="auto"/>
        <w:ind w:right="2016"/>
        <w:rPr>
          <w:lang w:val="ru-RU"/>
        </w:rPr>
      </w:pP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 xml:space="preserve">Вигасин А.А.; </w:t>
      </w:r>
      <w:r w:rsidRPr="00276E50">
        <w:rPr>
          <w:lang w:val="ru-RU"/>
        </w:rPr>
        <w:br/>
      </w: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 xml:space="preserve">Годер Г.И.; </w:t>
      </w:r>
      <w:r w:rsidRPr="00276E50">
        <w:rPr>
          <w:lang w:val="ru-RU"/>
        </w:rPr>
        <w:br/>
      </w: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 xml:space="preserve">Свенцицкая И.С. Всеобщая история. История Древнего мира. 5 класс. Учебник для общеобразовательных организаций – М.: Просвещение; </w:t>
      </w:r>
      <w:r w:rsidRPr="00276E50">
        <w:rPr>
          <w:lang w:val="ru-RU"/>
        </w:rPr>
        <w:br/>
      </w:r>
      <w:proofErr w:type="gramStart"/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>2018 ;</w:t>
      </w:r>
      <w:proofErr w:type="gramEnd"/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</w:p>
    <w:p w:rsidR="00440EE8" w:rsidRPr="00276E50" w:rsidRDefault="00CE7BBE">
      <w:pPr>
        <w:autoSpaceDE w:val="0"/>
        <w:autoSpaceDN w:val="0"/>
        <w:spacing w:before="264" w:after="0" w:line="230" w:lineRule="auto"/>
        <w:rPr>
          <w:lang w:val="ru-RU"/>
        </w:rPr>
      </w:pPr>
      <w:r w:rsidRPr="00276E50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440EE8" w:rsidRPr="00276E50" w:rsidRDefault="00CE7BBE" w:rsidP="005F3F3A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 xml:space="preserve">1. Вигасин А.А., Годер Г.И., Свенцицкая И.С. Всеобщая история. История Древнего мира. 5 класс. Учебник для общеобразовательных организаций – М.: Просвещение, 2018 </w:t>
      </w:r>
    </w:p>
    <w:p w:rsidR="00440EE8" w:rsidRPr="00DF7682" w:rsidRDefault="00CE7BBE" w:rsidP="005F3F3A">
      <w:pPr>
        <w:autoSpaceDE w:val="0"/>
        <w:autoSpaceDN w:val="0"/>
        <w:spacing w:after="0" w:line="262" w:lineRule="auto"/>
        <w:ind w:right="288"/>
        <w:rPr>
          <w:lang w:val="ru-RU"/>
        </w:rPr>
      </w:pP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 xml:space="preserve">2. Технологические карты уроков по учебнику А.А.Вигасин/ авт.-сост. </w:t>
      </w:r>
      <w:proofErr w:type="spellStart"/>
      <w:proofErr w:type="gramStart"/>
      <w:r w:rsidRPr="00DF7682">
        <w:rPr>
          <w:rFonts w:ascii="Times New Roman" w:eastAsia="Times New Roman" w:hAnsi="Times New Roman"/>
          <w:color w:val="000000"/>
          <w:sz w:val="24"/>
          <w:lang w:val="ru-RU"/>
        </w:rPr>
        <w:t>Т.В.Ковригина</w:t>
      </w:r>
      <w:proofErr w:type="spellEnd"/>
      <w:r w:rsidRPr="00DF7682">
        <w:rPr>
          <w:rFonts w:ascii="Times New Roman" w:eastAsia="Times New Roman" w:hAnsi="Times New Roman"/>
          <w:color w:val="000000"/>
          <w:sz w:val="24"/>
          <w:lang w:val="ru-RU"/>
        </w:rPr>
        <w:t xml:space="preserve"> .</w:t>
      </w:r>
      <w:proofErr w:type="gramEnd"/>
      <w:r w:rsidRPr="00DF7682">
        <w:rPr>
          <w:rFonts w:ascii="Times New Roman" w:eastAsia="Times New Roman" w:hAnsi="Times New Roman"/>
          <w:color w:val="000000"/>
          <w:sz w:val="24"/>
          <w:lang w:val="ru-RU"/>
        </w:rPr>
        <w:t xml:space="preserve">-Волгоград: Учитель, 2017. </w:t>
      </w:r>
    </w:p>
    <w:p w:rsidR="00440EE8" w:rsidRPr="00276E50" w:rsidRDefault="00CE7BBE">
      <w:pPr>
        <w:autoSpaceDE w:val="0"/>
        <w:autoSpaceDN w:val="0"/>
        <w:spacing w:before="70" w:after="0" w:line="230" w:lineRule="auto"/>
        <w:rPr>
          <w:lang w:val="ru-RU"/>
        </w:rPr>
      </w:pP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>3. Максимов Ю.И. Тесты по истории Древнего мира. К учебнику А.А. Вигасина, Г.И. Годера, И.С.</w:t>
      </w:r>
    </w:p>
    <w:p w:rsidR="00440EE8" w:rsidRPr="00276E50" w:rsidRDefault="00CE7BBE" w:rsidP="005F3F3A">
      <w:pPr>
        <w:autoSpaceDE w:val="0"/>
        <w:autoSpaceDN w:val="0"/>
        <w:spacing w:after="0" w:line="271" w:lineRule="auto"/>
        <w:ind w:right="1440"/>
        <w:rPr>
          <w:lang w:val="ru-RU"/>
        </w:rPr>
      </w:pP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 xml:space="preserve">Свенцицкой «История Древнего мира. 5 класс» – М.: Экзамен, 2019 </w:t>
      </w:r>
      <w:r w:rsidRPr="00276E50">
        <w:rPr>
          <w:lang w:val="ru-RU"/>
        </w:rPr>
        <w:br/>
      </w: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 xml:space="preserve">4. </w:t>
      </w:r>
      <w:r w:rsidRPr="00DF7682">
        <w:rPr>
          <w:rFonts w:ascii="Times New Roman" w:eastAsia="Times New Roman" w:hAnsi="Times New Roman"/>
          <w:color w:val="000000"/>
          <w:sz w:val="24"/>
          <w:lang w:val="ru-RU"/>
        </w:rPr>
        <w:t xml:space="preserve">История Древнего мира. </w:t>
      </w: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 xml:space="preserve">Загадки сфинкса (электронный ресурс) М. Медиа-Хаус.2000 5. Алексеев С. И. Задачи по счету лет истории Древнего мира. М. Русское слово.2006 </w:t>
      </w:r>
    </w:p>
    <w:p w:rsidR="00440EE8" w:rsidRPr="00276E50" w:rsidRDefault="00CE7BBE" w:rsidP="005F3F3A">
      <w:pPr>
        <w:autoSpaceDE w:val="0"/>
        <w:autoSpaceDN w:val="0"/>
        <w:spacing w:after="0" w:line="230" w:lineRule="auto"/>
        <w:rPr>
          <w:lang w:val="ru-RU"/>
        </w:rPr>
      </w:pP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 xml:space="preserve">6. Бутромеев В. П. Всемирная история в лицах: Древний мир. М., ОЛМА_ПРЕСС, 2004 </w:t>
      </w:r>
    </w:p>
    <w:p w:rsidR="00440EE8" w:rsidRPr="00276E50" w:rsidRDefault="00CE7BBE" w:rsidP="005F3F3A">
      <w:pPr>
        <w:autoSpaceDE w:val="0"/>
        <w:autoSpaceDN w:val="0"/>
        <w:spacing w:after="0" w:line="230" w:lineRule="auto"/>
        <w:rPr>
          <w:lang w:val="ru-RU"/>
        </w:rPr>
      </w:pP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 xml:space="preserve">7. Буданова В. П. Древний Рим. М., АСТ. ,2006 </w:t>
      </w:r>
    </w:p>
    <w:p w:rsidR="00440EE8" w:rsidRPr="00276E50" w:rsidRDefault="00CE7BBE">
      <w:pPr>
        <w:autoSpaceDE w:val="0"/>
        <w:autoSpaceDN w:val="0"/>
        <w:spacing w:before="262" w:after="0" w:line="230" w:lineRule="auto"/>
        <w:rPr>
          <w:lang w:val="ru-RU"/>
        </w:rPr>
      </w:pPr>
      <w:r w:rsidRPr="00276E50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440EE8" w:rsidRPr="00276E50" w:rsidRDefault="00CE7BBE">
      <w:pPr>
        <w:autoSpaceDE w:val="0"/>
        <w:autoSpaceDN w:val="0"/>
        <w:spacing w:before="16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440EE8" w:rsidRPr="00276E50" w:rsidRDefault="00440EE8">
      <w:pPr>
        <w:rPr>
          <w:lang w:val="ru-RU"/>
        </w:rPr>
        <w:sectPr w:rsidR="00440EE8" w:rsidRPr="00276E50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40EE8" w:rsidRPr="00276E50" w:rsidRDefault="00440EE8">
      <w:pPr>
        <w:autoSpaceDE w:val="0"/>
        <w:autoSpaceDN w:val="0"/>
        <w:spacing w:after="78" w:line="220" w:lineRule="exact"/>
        <w:rPr>
          <w:lang w:val="ru-RU"/>
        </w:rPr>
      </w:pPr>
    </w:p>
    <w:p w:rsidR="00440EE8" w:rsidRPr="00276E50" w:rsidRDefault="00CE7BBE">
      <w:pPr>
        <w:autoSpaceDE w:val="0"/>
        <w:autoSpaceDN w:val="0"/>
        <w:spacing w:after="0" w:line="230" w:lineRule="auto"/>
        <w:rPr>
          <w:lang w:val="ru-RU"/>
        </w:rPr>
      </w:pPr>
      <w:r w:rsidRPr="00276E50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440EE8" w:rsidRPr="00276E50" w:rsidRDefault="00CE7BBE">
      <w:pPr>
        <w:autoSpaceDE w:val="0"/>
        <w:autoSpaceDN w:val="0"/>
        <w:spacing w:before="346" w:after="0" w:line="230" w:lineRule="auto"/>
        <w:rPr>
          <w:lang w:val="ru-RU"/>
        </w:rPr>
      </w:pPr>
      <w:r w:rsidRPr="00276E50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440EE8" w:rsidRPr="00276E50" w:rsidRDefault="00CE7BBE">
      <w:pPr>
        <w:autoSpaceDE w:val="0"/>
        <w:autoSpaceDN w:val="0"/>
        <w:spacing w:before="166" w:after="0" w:line="262" w:lineRule="auto"/>
        <w:ind w:right="576"/>
        <w:rPr>
          <w:lang w:val="ru-RU"/>
        </w:rPr>
      </w:pP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>Вигасин А.А., Годер Г.И., Свенцицкая И.С. Всеобщая история. История Древнего мира. 5 класс. Учебник для общеобразовательных организаций – М.: Просвещение, 2018</w:t>
      </w:r>
    </w:p>
    <w:p w:rsidR="00440EE8" w:rsidRPr="00276E50" w:rsidRDefault="00CE7BBE">
      <w:pPr>
        <w:autoSpaceDE w:val="0"/>
        <w:autoSpaceDN w:val="0"/>
        <w:spacing w:before="262" w:after="0" w:line="230" w:lineRule="auto"/>
        <w:rPr>
          <w:lang w:val="ru-RU"/>
        </w:rPr>
      </w:pPr>
      <w:r w:rsidRPr="00276E50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440EE8" w:rsidRPr="00276E50" w:rsidRDefault="00CE7BBE">
      <w:pPr>
        <w:autoSpaceDE w:val="0"/>
        <w:autoSpaceDN w:val="0"/>
        <w:spacing w:before="166" w:after="0" w:line="230" w:lineRule="auto"/>
        <w:rPr>
          <w:lang w:val="ru-RU"/>
        </w:rPr>
      </w:pP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>1. Классная магнитная доска.</w:t>
      </w:r>
    </w:p>
    <w:p w:rsidR="00440EE8" w:rsidRPr="00276E50" w:rsidRDefault="00CE7BBE">
      <w:pPr>
        <w:autoSpaceDE w:val="0"/>
        <w:autoSpaceDN w:val="0"/>
        <w:spacing w:before="70" w:after="0" w:line="230" w:lineRule="auto"/>
        <w:rPr>
          <w:lang w:val="ru-RU"/>
        </w:rPr>
      </w:pPr>
      <w:r w:rsidRPr="00276E50">
        <w:rPr>
          <w:rFonts w:ascii="Times New Roman" w:eastAsia="Times New Roman" w:hAnsi="Times New Roman"/>
          <w:color w:val="000000"/>
          <w:sz w:val="24"/>
          <w:lang w:val="ru-RU"/>
        </w:rPr>
        <w:t>2. Настенная доска с приспособлением для крепления картинок.</w:t>
      </w:r>
    </w:p>
    <w:p w:rsidR="00440EE8" w:rsidRDefault="00CE7BBE">
      <w:pPr>
        <w:autoSpaceDE w:val="0"/>
        <w:autoSpaceDN w:val="0"/>
        <w:spacing w:before="70" w:after="0" w:line="262" w:lineRule="auto"/>
        <w:ind w:right="9072"/>
      </w:pPr>
      <w:r>
        <w:rPr>
          <w:rFonts w:ascii="Times New Roman" w:eastAsia="Times New Roman" w:hAnsi="Times New Roman"/>
          <w:color w:val="000000"/>
          <w:sz w:val="24"/>
        </w:rPr>
        <w:t xml:space="preserve">3. Колонки </w:t>
      </w:r>
      <w:r>
        <w:br/>
      </w:r>
      <w:r>
        <w:rPr>
          <w:rFonts w:ascii="Times New Roman" w:eastAsia="Times New Roman" w:hAnsi="Times New Roman"/>
          <w:color w:val="000000"/>
          <w:sz w:val="24"/>
        </w:rPr>
        <w:t>4. Компьютер</w:t>
      </w:r>
    </w:p>
    <w:p w:rsidR="00440EE8" w:rsidRDefault="00440EE8">
      <w:pPr>
        <w:sectPr w:rsidR="00440EE8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35ED1" w:rsidRDefault="00635ED1" w:rsidP="005F3F3A"/>
    <w:sectPr w:rsidR="00635ED1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0731FF"/>
    <w:rsid w:val="00084BC4"/>
    <w:rsid w:val="001061B8"/>
    <w:rsid w:val="0015074B"/>
    <w:rsid w:val="0019680A"/>
    <w:rsid w:val="001A795E"/>
    <w:rsid w:val="002137C2"/>
    <w:rsid w:val="00276E50"/>
    <w:rsid w:val="0029639D"/>
    <w:rsid w:val="002D1AB7"/>
    <w:rsid w:val="002D39D1"/>
    <w:rsid w:val="002F7F0E"/>
    <w:rsid w:val="00326F90"/>
    <w:rsid w:val="00395EFA"/>
    <w:rsid w:val="003E79B0"/>
    <w:rsid w:val="00406162"/>
    <w:rsid w:val="0042451F"/>
    <w:rsid w:val="00440EE8"/>
    <w:rsid w:val="0044467F"/>
    <w:rsid w:val="004A4F31"/>
    <w:rsid w:val="00540432"/>
    <w:rsid w:val="005922D8"/>
    <w:rsid w:val="005F3F3A"/>
    <w:rsid w:val="00635ED1"/>
    <w:rsid w:val="006435BE"/>
    <w:rsid w:val="0066598C"/>
    <w:rsid w:val="00690082"/>
    <w:rsid w:val="006A0705"/>
    <w:rsid w:val="006D667C"/>
    <w:rsid w:val="007733C8"/>
    <w:rsid w:val="00784010"/>
    <w:rsid w:val="007F2C62"/>
    <w:rsid w:val="0087781D"/>
    <w:rsid w:val="008A7EB4"/>
    <w:rsid w:val="008F7BA8"/>
    <w:rsid w:val="00922943"/>
    <w:rsid w:val="00992199"/>
    <w:rsid w:val="00A371BE"/>
    <w:rsid w:val="00A44CC0"/>
    <w:rsid w:val="00A66DA5"/>
    <w:rsid w:val="00AA1D8D"/>
    <w:rsid w:val="00B47730"/>
    <w:rsid w:val="00B71580"/>
    <w:rsid w:val="00B772D9"/>
    <w:rsid w:val="00B9688B"/>
    <w:rsid w:val="00C31C53"/>
    <w:rsid w:val="00C90D13"/>
    <w:rsid w:val="00CB0664"/>
    <w:rsid w:val="00CE7BBE"/>
    <w:rsid w:val="00D20700"/>
    <w:rsid w:val="00DF7682"/>
    <w:rsid w:val="00EC63FD"/>
    <w:rsid w:val="00F32B74"/>
    <w:rsid w:val="00FC693F"/>
    <w:rsid w:val="00FE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6146093C-D228-DF4D-AC24-0835F4E0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36ABE5-D66E-4A1E-8DA3-71A6EA78C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7096</Words>
  <Characters>40452</Characters>
  <Application>Microsoft Office Word</Application>
  <DocSecurity>0</DocSecurity>
  <Lines>337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47454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Татьяна</cp:lastModifiedBy>
  <cp:revision>23</cp:revision>
  <dcterms:created xsi:type="dcterms:W3CDTF">2022-09-03T07:51:00Z</dcterms:created>
  <dcterms:modified xsi:type="dcterms:W3CDTF">2022-09-22T11:52:00Z</dcterms:modified>
  <cp:category/>
</cp:coreProperties>
</file>